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9ED" w:rsidRDefault="008E19ED">
      <w:pPr>
        <w:autoSpaceDE w:val="0"/>
        <w:autoSpaceDN w:val="0"/>
        <w:spacing w:after="78" w:line="220" w:lineRule="exact"/>
      </w:pPr>
    </w:p>
    <w:p w:rsidR="008E19ED" w:rsidRPr="003E49D1" w:rsidRDefault="003E49D1">
      <w:pPr>
        <w:autoSpaceDE w:val="0"/>
        <w:autoSpaceDN w:val="0"/>
        <w:spacing w:after="0" w:line="230" w:lineRule="auto"/>
        <w:ind w:left="1494"/>
        <w:rPr>
          <w:lang w:val="ru-RU"/>
        </w:rPr>
      </w:pPr>
      <w:r w:rsidRPr="003E49D1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8E19ED" w:rsidRPr="003E49D1" w:rsidRDefault="003E49D1">
      <w:pPr>
        <w:autoSpaceDE w:val="0"/>
        <w:autoSpaceDN w:val="0"/>
        <w:spacing w:before="670" w:after="0" w:line="230" w:lineRule="auto"/>
        <w:ind w:left="132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Комитет образования, науки и молодежной политики Волгоградской области</w:t>
      </w:r>
    </w:p>
    <w:p w:rsidR="008E19ED" w:rsidRPr="003E49D1" w:rsidRDefault="003E49D1">
      <w:pPr>
        <w:autoSpaceDE w:val="0"/>
        <w:autoSpaceDN w:val="0"/>
        <w:spacing w:before="670" w:after="0" w:line="230" w:lineRule="auto"/>
        <w:ind w:left="117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Администрация Алексеевского муниципального района Волгоградской области</w:t>
      </w:r>
    </w:p>
    <w:p w:rsidR="008E19ED" w:rsidRDefault="003E49D1">
      <w:pPr>
        <w:autoSpaceDE w:val="0"/>
        <w:autoSpaceDN w:val="0"/>
        <w:spacing w:before="670" w:after="1376" w:line="230" w:lineRule="auto"/>
        <w:ind w:right="3584"/>
        <w:jc w:val="right"/>
      </w:pPr>
      <w:r>
        <w:rPr>
          <w:rFonts w:ascii="Times New Roman" w:eastAsia="Times New Roman" w:hAnsi="Times New Roman"/>
          <w:color w:val="000000"/>
          <w:sz w:val="24"/>
        </w:rPr>
        <w:t>МБОУ Трёхложинская СШ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02"/>
        <w:gridCol w:w="3960"/>
        <w:gridCol w:w="2920"/>
      </w:tblGrid>
      <w:tr w:rsidR="008E19ED">
        <w:trPr>
          <w:trHeight w:hRule="exact" w:val="274"/>
        </w:trPr>
        <w:tc>
          <w:tcPr>
            <w:tcW w:w="2502" w:type="dxa"/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4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3960" w:type="dxa"/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48" w:after="0" w:line="230" w:lineRule="auto"/>
              <w:ind w:right="1398"/>
              <w:jc w:val="right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2920" w:type="dxa"/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48" w:after="0" w:line="230" w:lineRule="auto"/>
              <w:ind w:left="57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УТВЕРЖДЕНО</w:t>
            </w:r>
          </w:p>
        </w:tc>
      </w:tr>
      <w:tr w:rsidR="008E19ED">
        <w:trPr>
          <w:trHeight w:hRule="exact" w:val="276"/>
        </w:trPr>
        <w:tc>
          <w:tcPr>
            <w:tcW w:w="2502" w:type="dxa"/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МО учителей</w:t>
            </w:r>
          </w:p>
        </w:tc>
        <w:tc>
          <w:tcPr>
            <w:tcW w:w="3960" w:type="dxa"/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after="0" w:line="230" w:lineRule="auto"/>
              <w:ind w:right="544"/>
              <w:jc w:val="right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Педагог-организатор по УР</w:t>
            </w:r>
          </w:p>
        </w:tc>
        <w:tc>
          <w:tcPr>
            <w:tcW w:w="2920" w:type="dxa"/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after="0" w:line="230" w:lineRule="auto"/>
              <w:ind w:left="57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Директор школы</w:t>
            </w:r>
          </w:p>
        </w:tc>
      </w:tr>
    </w:tbl>
    <w:p w:rsidR="008E19ED" w:rsidRDefault="008E19ED">
      <w:pPr>
        <w:autoSpaceDE w:val="0"/>
        <w:autoSpaceDN w:val="0"/>
        <w:spacing w:after="0" w:line="60" w:lineRule="exact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82"/>
        <w:gridCol w:w="3640"/>
        <w:gridCol w:w="3300"/>
      </w:tblGrid>
      <w:tr w:rsidR="008E19ED">
        <w:trPr>
          <w:trHeight w:hRule="exact" w:val="362"/>
        </w:trPr>
        <w:tc>
          <w:tcPr>
            <w:tcW w:w="3082" w:type="dxa"/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60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______________Ловягина Т.В.</w:t>
            </w:r>
          </w:p>
        </w:tc>
        <w:tc>
          <w:tcPr>
            <w:tcW w:w="3640" w:type="dxa"/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60" w:after="0" w:line="230" w:lineRule="auto"/>
              <w:ind w:left="43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______________Плотникова В.И.</w:t>
            </w:r>
          </w:p>
        </w:tc>
        <w:tc>
          <w:tcPr>
            <w:tcW w:w="3300" w:type="dxa"/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6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______________Смирнова Н.В.</w:t>
            </w:r>
          </w:p>
        </w:tc>
      </w:tr>
      <w:tr w:rsidR="008E19ED">
        <w:trPr>
          <w:trHeight w:hRule="exact" w:val="420"/>
        </w:trPr>
        <w:tc>
          <w:tcPr>
            <w:tcW w:w="3082" w:type="dxa"/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10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№1</w:t>
            </w:r>
          </w:p>
        </w:tc>
        <w:tc>
          <w:tcPr>
            <w:tcW w:w="3640" w:type="dxa"/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106" w:after="0" w:line="230" w:lineRule="auto"/>
              <w:ind w:left="43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№1</w:t>
            </w:r>
          </w:p>
        </w:tc>
        <w:tc>
          <w:tcPr>
            <w:tcW w:w="3300" w:type="dxa"/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106" w:after="0" w:line="230" w:lineRule="auto"/>
              <w:ind w:left="3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Приказ №1</w:t>
            </w:r>
          </w:p>
        </w:tc>
      </w:tr>
      <w:tr w:rsidR="008E19ED">
        <w:trPr>
          <w:trHeight w:hRule="exact" w:val="380"/>
        </w:trPr>
        <w:tc>
          <w:tcPr>
            <w:tcW w:w="3082" w:type="dxa"/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4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"29" 082022 г.</w:t>
            </w:r>
          </w:p>
        </w:tc>
        <w:tc>
          <w:tcPr>
            <w:tcW w:w="3640" w:type="dxa"/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4" w:after="0" w:line="230" w:lineRule="auto"/>
              <w:ind w:left="43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"29" 08  2022 г.</w:t>
            </w:r>
          </w:p>
        </w:tc>
        <w:tc>
          <w:tcPr>
            <w:tcW w:w="3300" w:type="dxa"/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4" w:after="0" w:line="230" w:lineRule="auto"/>
              <w:ind w:left="3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"31" 082022 г.</w:t>
            </w:r>
          </w:p>
        </w:tc>
      </w:tr>
    </w:tbl>
    <w:p w:rsidR="008E19ED" w:rsidRDefault="003E49D1">
      <w:pPr>
        <w:autoSpaceDE w:val="0"/>
        <w:autoSpaceDN w:val="0"/>
        <w:spacing w:before="978" w:after="0" w:line="230" w:lineRule="auto"/>
        <w:ind w:right="3644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РАБОЧАЯ ПРОГРАММА</w:t>
      </w:r>
    </w:p>
    <w:p w:rsidR="008E19ED" w:rsidRDefault="003E49D1">
      <w:pPr>
        <w:autoSpaceDE w:val="0"/>
        <w:autoSpaceDN w:val="0"/>
        <w:spacing w:before="70" w:after="0" w:line="230" w:lineRule="auto"/>
        <w:ind w:right="4416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(ID 2984310)</w:t>
      </w:r>
    </w:p>
    <w:p w:rsidR="008E19ED" w:rsidRDefault="003E49D1">
      <w:pPr>
        <w:autoSpaceDE w:val="0"/>
        <w:autoSpaceDN w:val="0"/>
        <w:spacing w:before="166" w:after="0" w:line="230" w:lineRule="auto"/>
        <w:ind w:right="4016"/>
        <w:jc w:val="right"/>
      </w:pPr>
      <w:r>
        <w:rPr>
          <w:rFonts w:ascii="Times New Roman" w:eastAsia="Times New Roman" w:hAnsi="Times New Roman"/>
          <w:color w:val="000000"/>
          <w:sz w:val="24"/>
        </w:rPr>
        <w:t>учебного предмета</w:t>
      </w:r>
    </w:p>
    <w:p w:rsidR="008E19ED" w:rsidRDefault="003E49D1">
      <w:pPr>
        <w:autoSpaceDE w:val="0"/>
        <w:autoSpaceDN w:val="0"/>
        <w:spacing w:before="70" w:after="0" w:line="230" w:lineRule="auto"/>
        <w:ind w:right="4174"/>
        <w:jc w:val="right"/>
      </w:pPr>
      <w:r>
        <w:rPr>
          <w:rFonts w:ascii="Times New Roman" w:eastAsia="Times New Roman" w:hAnsi="Times New Roman"/>
          <w:color w:val="000000"/>
          <w:sz w:val="24"/>
        </w:rPr>
        <w:t>«Русский язык»</w:t>
      </w:r>
    </w:p>
    <w:p w:rsidR="008E19ED" w:rsidRDefault="003E49D1">
      <w:pPr>
        <w:autoSpaceDE w:val="0"/>
        <w:autoSpaceDN w:val="0"/>
        <w:spacing w:before="670" w:after="0" w:line="230" w:lineRule="auto"/>
        <w:ind w:right="2730"/>
        <w:jc w:val="right"/>
      </w:pPr>
      <w:r>
        <w:rPr>
          <w:rFonts w:ascii="Times New Roman" w:eastAsia="Times New Roman" w:hAnsi="Times New Roman"/>
          <w:color w:val="000000"/>
          <w:sz w:val="24"/>
        </w:rPr>
        <w:t>для 5 класса основного общего образования</w:t>
      </w:r>
    </w:p>
    <w:p w:rsidR="008E19ED" w:rsidRDefault="003E49D1">
      <w:pPr>
        <w:autoSpaceDE w:val="0"/>
        <w:autoSpaceDN w:val="0"/>
        <w:spacing w:before="70" w:after="0" w:line="230" w:lineRule="auto"/>
        <w:ind w:right="3614"/>
        <w:jc w:val="right"/>
      </w:pPr>
      <w:r>
        <w:rPr>
          <w:rFonts w:ascii="Times New Roman" w:eastAsia="Times New Roman" w:hAnsi="Times New Roman"/>
          <w:color w:val="000000"/>
          <w:sz w:val="24"/>
        </w:rPr>
        <w:t>на 2022-2023  учебный год</w:t>
      </w:r>
    </w:p>
    <w:p w:rsidR="008E19ED" w:rsidRDefault="003E49D1">
      <w:pPr>
        <w:autoSpaceDE w:val="0"/>
        <w:autoSpaceDN w:val="0"/>
        <w:spacing w:before="2112" w:after="0" w:line="230" w:lineRule="auto"/>
        <w:ind w:right="28"/>
        <w:jc w:val="right"/>
      </w:pPr>
      <w:r>
        <w:rPr>
          <w:rFonts w:ascii="Times New Roman" w:eastAsia="Times New Roman" w:hAnsi="Times New Roman"/>
          <w:color w:val="000000"/>
          <w:sz w:val="24"/>
        </w:rPr>
        <w:t>Составитель: Колесова Елена Николаевна</w:t>
      </w:r>
    </w:p>
    <w:p w:rsidR="008E19ED" w:rsidRDefault="003E49D1">
      <w:pPr>
        <w:autoSpaceDE w:val="0"/>
        <w:autoSpaceDN w:val="0"/>
        <w:spacing w:before="70" w:after="0" w:line="230" w:lineRule="auto"/>
        <w:ind w:right="20"/>
        <w:jc w:val="right"/>
      </w:pPr>
      <w:r>
        <w:rPr>
          <w:rFonts w:ascii="Times New Roman" w:eastAsia="Times New Roman" w:hAnsi="Times New Roman"/>
          <w:color w:val="000000"/>
          <w:sz w:val="24"/>
        </w:rPr>
        <w:t>учитель немецкого языка</w:t>
      </w:r>
    </w:p>
    <w:p w:rsidR="008E19ED" w:rsidRDefault="003E49D1">
      <w:pPr>
        <w:autoSpaceDE w:val="0"/>
        <w:autoSpaceDN w:val="0"/>
        <w:spacing w:before="2830" w:after="0" w:line="230" w:lineRule="auto"/>
        <w:ind w:right="3930"/>
        <w:jc w:val="right"/>
      </w:pPr>
      <w:r>
        <w:rPr>
          <w:rFonts w:ascii="Times New Roman" w:eastAsia="Times New Roman" w:hAnsi="Times New Roman"/>
          <w:color w:val="000000"/>
          <w:sz w:val="24"/>
        </w:rPr>
        <w:t>Трёхложинский 2022</w:t>
      </w:r>
    </w:p>
    <w:p w:rsidR="008E19ED" w:rsidRDefault="008E19ED">
      <w:pPr>
        <w:sectPr w:rsidR="008E19ED">
          <w:pgSz w:w="11900" w:h="16840"/>
          <w:pgMar w:top="298" w:right="876" w:bottom="296" w:left="738" w:header="720" w:footer="720" w:gutter="0"/>
          <w:cols w:space="720" w:equalWidth="0">
            <w:col w:w="10286" w:space="0"/>
          </w:cols>
          <w:docGrid w:linePitch="360"/>
        </w:sectPr>
      </w:pPr>
    </w:p>
    <w:p w:rsidR="008E19ED" w:rsidRDefault="008E19ED">
      <w:pPr>
        <w:sectPr w:rsidR="008E19ED">
          <w:pgSz w:w="11900" w:h="16840"/>
          <w:pgMar w:top="1440" w:right="1440" w:bottom="1440" w:left="1440" w:header="720" w:footer="720" w:gutter="0"/>
          <w:cols w:space="720" w:equalWidth="0">
            <w:col w:w="10286" w:space="0"/>
          </w:cols>
          <w:docGrid w:linePitch="360"/>
        </w:sectPr>
      </w:pPr>
    </w:p>
    <w:p w:rsidR="008E19ED" w:rsidRDefault="008E19ED">
      <w:pPr>
        <w:autoSpaceDE w:val="0"/>
        <w:autoSpaceDN w:val="0"/>
        <w:spacing w:after="78" w:line="220" w:lineRule="exact"/>
      </w:pPr>
    </w:p>
    <w:p w:rsidR="008E19ED" w:rsidRPr="003E49D1" w:rsidRDefault="003E49D1">
      <w:pPr>
        <w:autoSpaceDE w:val="0"/>
        <w:autoSpaceDN w:val="0"/>
        <w:spacing w:after="0" w:line="286" w:lineRule="auto"/>
        <w:ind w:right="288" w:firstLine="18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по русскому языку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(Приказ Минпросвещения России от 31 05 2021 г № 287, зарегистрирован Министерством юстиции Российской Федерации 05 07 2021 г , рег номер — 64101) (далее — ФГОС ООО),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Примерной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8E19ED" w:rsidRPr="003E49D1" w:rsidRDefault="003E49D1">
      <w:pPr>
        <w:autoSpaceDE w:val="0"/>
        <w:autoSpaceDN w:val="0"/>
        <w:spacing w:before="226" w:after="0" w:line="230" w:lineRule="auto"/>
        <w:rPr>
          <w:lang w:val="ru-RU"/>
        </w:rPr>
      </w:pPr>
      <w:r w:rsidRPr="003E49D1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8E19ED" w:rsidRPr="003E49D1" w:rsidRDefault="003E49D1">
      <w:pPr>
        <w:autoSpaceDE w:val="0"/>
        <w:autoSpaceDN w:val="0"/>
        <w:spacing w:before="348" w:after="0"/>
        <w:ind w:firstLine="18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 и   метапредметные   результаты   представлены с учётом особенностей преподавания русского языка в основной общеобразовательной школе с учётом методических традиций построения школьного  курса   русского   языка,   реализованных в большей части входящих в Федеральный перечень УМК по русскому языку. </w:t>
      </w:r>
    </w:p>
    <w:p w:rsidR="008E19ED" w:rsidRPr="003E49D1" w:rsidRDefault="003E49D1">
      <w:pPr>
        <w:autoSpaceDE w:val="0"/>
        <w:autoSpaceDN w:val="0"/>
        <w:spacing w:before="262" w:after="0" w:line="230" w:lineRule="auto"/>
        <w:rPr>
          <w:lang w:val="ru-RU"/>
        </w:rPr>
      </w:pPr>
      <w:r w:rsidRPr="003E49D1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«РУССКИЙ ЯЗЫК»</w:t>
      </w:r>
    </w:p>
    <w:p w:rsidR="008E19ED" w:rsidRPr="003E49D1" w:rsidRDefault="003E49D1">
      <w:pPr>
        <w:autoSpaceDE w:val="0"/>
        <w:autoSpaceDN w:val="0"/>
        <w:spacing w:before="166" w:after="0"/>
        <w:ind w:firstLine="18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Русский язык —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</w:t>
      </w:r>
      <w:r w:rsidRPr="003E49D1">
        <w:rPr>
          <w:lang w:val="ru-RU"/>
        </w:rPr>
        <w:br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межнационального общения русский язык является средством коммуникации всех народов </w:t>
      </w:r>
      <w:r w:rsidRPr="003E49D1">
        <w:rPr>
          <w:lang w:val="ru-RU"/>
        </w:rPr>
        <w:br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Российской Федерации, основой их социально-экономической, культурной и духовной консолидации.</w:t>
      </w:r>
    </w:p>
    <w:p w:rsidR="008E19ED" w:rsidRPr="003E49D1" w:rsidRDefault="003E49D1">
      <w:pPr>
        <w:autoSpaceDE w:val="0"/>
        <w:autoSpaceDN w:val="0"/>
        <w:spacing w:before="70" w:after="0" w:line="283" w:lineRule="auto"/>
        <w:ind w:firstLine="18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</w:t>
      </w:r>
      <w:r w:rsidRPr="003E49D1">
        <w:rPr>
          <w:lang w:val="ru-RU"/>
        </w:rPr>
        <w:br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возможности её самореализации в различных жизненно важных для человека областях.</w:t>
      </w:r>
    </w:p>
    <w:p w:rsidR="008E19ED" w:rsidRPr="003E49D1" w:rsidRDefault="003E49D1">
      <w:pPr>
        <w:autoSpaceDE w:val="0"/>
        <w:autoSpaceDN w:val="0"/>
        <w:spacing w:before="70" w:after="0"/>
        <w:ind w:right="720" w:firstLine="18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8E19ED" w:rsidRPr="003E49D1" w:rsidRDefault="003E49D1">
      <w:pPr>
        <w:autoSpaceDE w:val="0"/>
        <w:autoSpaceDN w:val="0"/>
        <w:spacing w:before="72" w:after="0"/>
        <w:ind w:right="432" w:firstLine="18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Обучение русскому языку в школе направлено на совершенствование нравственной и </w:t>
      </w:r>
      <w:r w:rsidRPr="003E49D1">
        <w:rPr>
          <w:lang w:val="ru-RU"/>
        </w:rPr>
        <w:br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коммуникативной культуры ученика, развитие его интеллектуальных и творческих способностей, мышления, памяти и воображения, навыков самостоятельной учебной деятельности, </w:t>
      </w:r>
      <w:r w:rsidRPr="003E49D1">
        <w:rPr>
          <w:lang w:val="ru-RU"/>
        </w:rPr>
        <w:br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самообразования.</w:t>
      </w:r>
    </w:p>
    <w:p w:rsidR="008E19ED" w:rsidRPr="003E49D1" w:rsidRDefault="003E49D1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обучения русскому языку ориентировано также на развитие функциональной грамотности как интегративного умения человека читать, понимать тексты, использовать </w:t>
      </w:r>
      <w:r w:rsidRPr="003E49D1">
        <w:rPr>
          <w:lang w:val="ru-RU"/>
        </w:rPr>
        <w:br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Речевая и текстовая деятельность является системообразующей доминантой школьного курса русского языка.</w:t>
      </w:r>
    </w:p>
    <w:p w:rsidR="008E19ED" w:rsidRPr="003E49D1" w:rsidRDefault="003E49D1">
      <w:pPr>
        <w:autoSpaceDE w:val="0"/>
        <w:autoSpaceDN w:val="0"/>
        <w:spacing w:before="70" w:after="0" w:line="271" w:lineRule="auto"/>
        <w:ind w:right="288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Соответствующие умения и навыки представлены в перечне метапредметных и предметных результатов обучения, в содержании обучения (разделы «Язык и речь», «Текст», «Функциональные разновидности языка»).</w:t>
      </w:r>
    </w:p>
    <w:p w:rsidR="008E19ED" w:rsidRPr="003E49D1" w:rsidRDefault="003E49D1">
      <w:pPr>
        <w:autoSpaceDE w:val="0"/>
        <w:autoSpaceDN w:val="0"/>
        <w:spacing w:before="262" w:after="0" w:line="230" w:lineRule="auto"/>
        <w:rPr>
          <w:lang w:val="ru-RU"/>
        </w:rPr>
      </w:pPr>
      <w:r w:rsidRPr="003E49D1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«РУССКИЙ ЯЗЫК»</w:t>
      </w:r>
    </w:p>
    <w:p w:rsidR="008E19ED" w:rsidRPr="003E49D1" w:rsidRDefault="003E49D1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Целями изучения русского языка по программам основного общего образования являются:</w:t>
      </w:r>
    </w:p>
    <w:p w:rsidR="008E19ED" w:rsidRPr="003E49D1" w:rsidRDefault="008E19ED">
      <w:pPr>
        <w:rPr>
          <w:lang w:val="ru-RU"/>
        </w:rPr>
        <w:sectPr w:rsidR="008E19ED" w:rsidRPr="003E49D1">
          <w:pgSz w:w="11900" w:h="16840"/>
          <w:pgMar w:top="298" w:right="650" w:bottom="42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E19ED" w:rsidRPr="003E49D1" w:rsidRDefault="008E19ED">
      <w:pPr>
        <w:autoSpaceDE w:val="0"/>
        <w:autoSpaceDN w:val="0"/>
        <w:spacing w:after="78" w:line="220" w:lineRule="exact"/>
        <w:rPr>
          <w:lang w:val="ru-RU"/>
        </w:rPr>
      </w:pPr>
    </w:p>
    <w:p w:rsidR="008E19ED" w:rsidRPr="003E49D1" w:rsidRDefault="003E49D1">
      <w:pPr>
        <w:tabs>
          <w:tab w:val="left" w:pos="180"/>
        </w:tabs>
        <w:autoSpaceDE w:val="0"/>
        <w:autoSpaceDN w:val="0"/>
        <w:spacing w:after="0" w:line="290" w:lineRule="auto"/>
        <w:rPr>
          <w:lang w:val="ru-RU"/>
        </w:rPr>
      </w:pP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 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</w:t>
      </w:r>
      <w:r w:rsidRPr="003E49D1">
        <w:rPr>
          <w:lang w:val="ru-RU"/>
        </w:rPr>
        <w:br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получения знаний в разных сферах ​человеческой деятельности; проявление уважения к </w:t>
      </w:r>
      <w:r w:rsidRPr="003E49D1">
        <w:rPr>
          <w:lang w:val="ru-RU"/>
        </w:rPr>
        <w:br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общероссийской и русской культуре, к культуре и языкам всех народов Российской Федерации;</w:t>
      </w: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 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  <w:r w:rsidRPr="003E49D1">
        <w:rPr>
          <w:lang w:val="ru-RU"/>
        </w:rPr>
        <w:br/>
      </w: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 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</w:t>
      </w:r>
      <w:r w:rsidRPr="003E49D1">
        <w:rPr>
          <w:lang w:val="ru-RU"/>
        </w:rPr>
        <w:br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использование в собственной речевой практике разнообразных грамматических средств; </w:t>
      </w:r>
      <w:r w:rsidRPr="003E49D1">
        <w:rPr>
          <w:lang w:val="ru-RU"/>
        </w:rPr>
        <w:br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совершенствование орфографической и пунктуационной грамотности; воспитание стремления к речевому самосовершенствованию;</w:t>
      </w:r>
      <w:r w:rsidRPr="003E49D1">
        <w:rPr>
          <w:lang w:val="ru-RU"/>
        </w:rPr>
        <w:br/>
      </w: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 совершенствование речевой деятельности, коммуникативных умений, обеспечивающих </w:t>
      </w:r>
      <w:r w:rsidRPr="003E49D1">
        <w:rPr>
          <w:lang w:val="ru-RU"/>
        </w:rPr>
        <w:br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</w:t>
      </w:r>
      <w:r w:rsidRPr="003E49D1">
        <w:rPr>
          <w:lang w:val="ru-RU"/>
        </w:rPr>
        <w:br/>
      </w: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 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и т. п. в процессе изучения русского языка;</w:t>
      </w: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 развитие функциональной грамотности: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др.); освоение стратегий и тактик информационно-смысловой переработки текста, овладение способами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8E19ED" w:rsidRPr="003E49D1" w:rsidRDefault="003E49D1">
      <w:pPr>
        <w:autoSpaceDE w:val="0"/>
        <w:autoSpaceDN w:val="0"/>
        <w:spacing w:before="262" w:after="0" w:line="230" w:lineRule="auto"/>
        <w:rPr>
          <w:lang w:val="ru-RU"/>
        </w:rPr>
      </w:pPr>
      <w:r w:rsidRPr="003E49D1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«РУССКИЙ ЯЗЫК» В УЧЕБНОМ ПЛАНЕ</w:t>
      </w:r>
    </w:p>
    <w:p w:rsidR="008E19ED" w:rsidRPr="003E49D1" w:rsidRDefault="003E49D1">
      <w:pPr>
        <w:autoSpaceDE w:val="0"/>
        <w:autoSpaceDN w:val="0"/>
        <w:spacing w:before="166" w:after="0" w:line="271" w:lineRule="auto"/>
        <w:ind w:right="144" w:firstLine="18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В соответствии с Федеральным государственным образовательным стандартом основного общего образования учебный предмет «Русский язык» входит в  предметную  область  «Русский язык и литература» и является обязательным для  изучения.</w:t>
      </w:r>
    </w:p>
    <w:p w:rsidR="008E19ED" w:rsidRPr="003E49D1" w:rsidRDefault="003E49D1">
      <w:pPr>
        <w:autoSpaceDE w:val="0"/>
        <w:autoSpaceDN w:val="0"/>
        <w:spacing w:before="72" w:after="0" w:line="271" w:lineRule="auto"/>
        <w:ind w:right="576" w:firstLine="18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Содержание учебного предмета «Русский язык», представленное в рабочей программе, соответствует ФГОС ООО, Примерной основной образовательной программе основного общего образования.</w:t>
      </w:r>
    </w:p>
    <w:p w:rsidR="008E19ED" w:rsidRPr="003E49D1" w:rsidRDefault="003E49D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Учебным планом на изучение русского языка в 5 классе отводится  - 170 ч. (5 часов в неделю).</w:t>
      </w:r>
    </w:p>
    <w:p w:rsidR="008E19ED" w:rsidRPr="003E49D1" w:rsidRDefault="008E19ED">
      <w:pPr>
        <w:rPr>
          <w:lang w:val="ru-RU"/>
        </w:rPr>
        <w:sectPr w:rsidR="008E19ED" w:rsidRPr="003E49D1">
          <w:pgSz w:w="11900" w:h="16840"/>
          <w:pgMar w:top="298" w:right="702" w:bottom="1440" w:left="666" w:header="720" w:footer="720" w:gutter="0"/>
          <w:cols w:space="720" w:equalWidth="0">
            <w:col w:w="10532" w:space="0"/>
          </w:cols>
          <w:docGrid w:linePitch="360"/>
        </w:sectPr>
      </w:pPr>
    </w:p>
    <w:p w:rsidR="008E19ED" w:rsidRPr="003E49D1" w:rsidRDefault="008E19ED">
      <w:pPr>
        <w:autoSpaceDE w:val="0"/>
        <w:autoSpaceDN w:val="0"/>
        <w:spacing w:after="78" w:line="220" w:lineRule="exact"/>
        <w:rPr>
          <w:lang w:val="ru-RU"/>
        </w:rPr>
      </w:pPr>
    </w:p>
    <w:p w:rsidR="008E19ED" w:rsidRPr="003E49D1" w:rsidRDefault="003E49D1">
      <w:pPr>
        <w:autoSpaceDE w:val="0"/>
        <w:autoSpaceDN w:val="0"/>
        <w:spacing w:after="0" w:line="230" w:lineRule="auto"/>
        <w:rPr>
          <w:lang w:val="ru-RU"/>
        </w:rPr>
      </w:pPr>
      <w:r w:rsidRPr="003E49D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8E19ED" w:rsidRPr="003E49D1" w:rsidRDefault="003E49D1">
      <w:pPr>
        <w:autoSpaceDE w:val="0"/>
        <w:autoSpaceDN w:val="0"/>
        <w:spacing w:before="346" w:after="0" w:line="271" w:lineRule="auto"/>
        <w:ind w:left="180" w:right="5616"/>
        <w:rPr>
          <w:lang w:val="ru-RU"/>
        </w:rPr>
      </w:pPr>
      <w:r w:rsidRPr="003E49D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Общие сведения о языке </w:t>
      </w:r>
      <w:r w:rsidRPr="003E49D1">
        <w:rPr>
          <w:lang w:val="ru-RU"/>
        </w:rPr>
        <w:br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Богатство и выразительность русского языка. </w:t>
      </w:r>
      <w:r w:rsidRPr="003E49D1">
        <w:rPr>
          <w:lang w:val="ru-RU"/>
        </w:rPr>
        <w:br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Лингвистика как наука о языке.</w:t>
      </w:r>
    </w:p>
    <w:p w:rsidR="008E19ED" w:rsidRPr="003E49D1" w:rsidRDefault="003E49D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Основные разделы лингвистики.</w:t>
      </w:r>
    </w:p>
    <w:p w:rsidR="008E19ED" w:rsidRPr="003E49D1" w:rsidRDefault="003E49D1">
      <w:pPr>
        <w:autoSpaceDE w:val="0"/>
        <w:autoSpaceDN w:val="0"/>
        <w:spacing w:before="190" w:after="0" w:line="262" w:lineRule="auto"/>
        <w:ind w:left="180" w:right="1872"/>
        <w:rPr>
          <w:lang w:val="ru-RU"/>
        </w:rPr>
      </w:pPr>
      <w:r w:rsidRPr="003E49D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Язык и речь </w:t>
      </w:r>
      <w:r w:rsidRPr="003E49D1">
        <w:rPr>
          <w:lang w:val="ru-RU"/>
        </w:rPr>
        <w:br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Язык и речь.Речь устная и письменная, монологическая и диалогическая, полилог.</w:t>
      </w:r>
    </w:p>
    <w:p w:rsidR="008E19ED" w:rsidRPr="003E49D1" w:rsidRDefault="003E49D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Виды речевой деятельности (говорение, слушание, чтение, письмо), их особенности.</w:t>
      </w:r>
    </w:p>
    <w:p w:rsidR="008E19ED" w:rsidRPr="003E49D1" w:rsidRDefault="003E49D1">
      <w:pPr>
        <w:tabs>
          <w:tab w:val="left" w:pos="180"/>
        </w:tabs>
        <w:autoSpaceDE w:val="0"/>
        <w:autoSpaceDN w:val="0"/>
        <w:spacing w:before="72" w:after="0" w:line="262" w:lineRule="auto"/>
        <w:rPr>
          <w:lang w:val="ru-RU"/>
        </w:rPr>
      </w:pP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8E19ED" w:rsidRPr="003E49D1" w:rsidRDefault="003E49D1">
      <w:pPr>
        <w:tabs>
          <w:tab w:val="left" w:pos="180"/>
        </w:tabs>
        <w:autoSpaceDE w:val="0"/>
        <w:autoSpaceDN w:val="0"/>
        <w:spacing w:before="72" w:after="0" w:line="262" w:lineRule="auto"/>
        <w:ind w:right="1008"/>
        <w:rPr>
          <w:lang w:val="ru-RU"/>
        </w:rPr>
      </w:pP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8E19ED" w:rsidRPr="003E49D1" w:rsidRDefault="003E49D1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8E19ED" w:rsidRPr="003E49D1" w:rsidRDefault="003E49D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Речевые формулы приветствия, прощания, просьбы, благодарности.</w:t>
      </w:r>
    </w:p>
    <w:p w:rsidR="008E19ED" w:rsidRPr="003E49D1" w:rsidRDefault="003E49D1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8E19ED" w:rsidRPr="003E49D1" w:rsidRDefault="003E49D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Виды аудирования: выборочное, ознакомительное, детальное.</w:t>
      </w:r>
    </w:p>
    <w:p w:rsidR="008E19ED" w:rsidRPr="003E49D1" w:rsidRDefault="003E49D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Виды чтения: изучающее, ознакомительное, просмотровое, поисковое.</w:t>
      </w:r>
    </w:p>
    <w:p w:rsidR="008E19ED" w:rsidRPr="003E49D1" w:rsidRDefault="003E49D1">
      <w:pPr>
        <w:autoSpaceDE w:val="0"/>
        <w:autoSpaceDN w:val="0"/>
        <w:spacing w:before="190" w:after="0" w:line="262" w:lineRule="auto"/>
        <w:ind w:left="180" w:right="144"/>
        <w:rPr>
          <w:lang w:val="ru-RU"/>
        </w:rPr>
      </w:pPr>
      <w:r w:rsidRPr="003E49D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Текст </w:t>
      </w:r>
      <w:r w:rsidRPr="003E49D1">
        <w:rPr>
          <w:lang w:val="ru-RU"/>
        </w:rPr>
        <w:br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8E19ED" w:rsidRPr="003E49D1" w:rsidRDefault="003E49D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8E19ED" w:rsidRPr="003E49D1" w:rsidRDefault="003E49D1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8E19ED" w:rsidRPr="003E49D1" w:rsidRDefault="003E49D1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8E19ED" w:rsidRPr="003E49D1" w:rsidRDefault="003E49D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Повествование как тип речи. Рассказ.</w:t>
      </w:r>
    </w:p>
    <w:p w:rsidR="008E19ED" w:rsidRPr="003E49D1" w:rsidRDefault="003E49D1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8E19ED" w:rsidRPr="003E49D1" w:rsidRDefault="003E49D1">
      <w:pPr>
        <w:tabs>
          <w:tab w:val="left" w:pos="180"/>
        </w:tabs>
        <w:autoSpaceDE w:val="0"/>
        <w:autoSpaceDN w:val="0"/>
        <w:spacing w:before="72" w:after="0" w:line="262" w:lineRule="auto"/>
        <w:ind w:right="144"/>
        <w:rPr>
          <w:lang w:val="ru-RU"/>
        </w:rPr>
      </w:pP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8E19ED" w:rsidRPr="003E49D1" w:rsidRDefault="003E49D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Информационная переработка текста: простой и сложный план текста.</w:t>
      </w:r>
    </w:p>
    <w:p w:rsidR="008E19ED" w:rsidRPr="003E49D1" w:rsidRDefault="003E49D1">
      <w:pPr>
        <w:tabs>
          <w:tab w:val="left" w:pos="180"/>
        </w:tabs>
        <w:autoSpaceDE w:val="0"/>
        <w:autoSpaceDN w:val="0"/>
        <w:spacing w:before="190" w:after="0" w:line="271" w:lineRule="auto"/>
        <w:ind w:right="1584"/>
        <w:rPr>
          <w:lang w:val="ru-RU"/>
        </w:rPr>
      </w:pP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Функциональные разновидности языка </w:t>
      </w:r>
      <w:r w:rsidRPr="003E49D1">
        <w:rPr>
          <w:lang w:val="ru-RU"/>
        </w:rPr>
        <w:br/>
      </w: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8E19ED" w:rsidRPr="003E49D1" w:rsidRDefault="003E49D1">
      <w:pPr>
        <w:autoSpaceDE w:val="0"/>
        <w:autoSpaceDN w:val="0"/>
        <w:spacing w:before="190" w:after="0" w:line="271" w:lineRule="auto"/>
        <w:ind w:left="180" w:right="5472"/>
        <w:rPr>
          <w:lang w:val="ru-RU"/>
        </w:rPr>
      </w:pPr>
      <w:r w:rsidRPr="003E49D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СИСТЕМА ЯЗЫКА </w:t>
      </w:r>
      <w:r w:rsidRPr="003E49D1">
        <w:rPr>
          <w:lang w:val="ru-RU"/>
        </w:rPr>
        <w:br/>
      </w:r>
      <w:r w:rsidRPr="003E49D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Фонетика. Графика. Орфоэпия </w:t>
      </w:r>
      <w:r w:rsidRPr="003E49D1">
        <w:rPr>
          <w:lang w:val="ru-RU"/>
        </w:rPr>
        <w:br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Фонетика и графика как разделы лингвистики.</w:t>
      </w:r>
    </w:p>
    <w:p w:rsidR="008E19ED" w:rsidRPr="003E49D1" w:rsidRDefault="003E49D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Звук как единица языка. Смыслоразличительная роль звука.</w:t>
      </w:r>
    </w:p>
    <w:p w:rsidR="008E19ED" w:rsidRPr="003E49D1" w:rsidRDefault="003E49D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Система гласных звуков.</w:t>
      </w:r>
    </w:p>
    <w:p w:rsidR="008E19ED" w:rsidRPr="003E49D1" w:rsidRDefault="003E49D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Система согласных звуков.</w:t>
      </w:r>
    </w:p>
    <w:p w:rsidR="008E19ED" w:rsidRPr="003E49D1" w:rsidRDefault="003E49D1">
      <w:pPr>
        <w:autoSpaceDE w:val="0"/>
        <w:autoSpaceDN w:val="0"/>
        <w:spacing w:before="70" w:after="0" w:line="262" w:lineRule="auto"/>
        <w:ind w:left="180" w:right="2448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Изменение звуков в речевом потоке. Элементы фонетической транскрипции. Слог. Ударение. Свойства русского ударения.</w:t>
      </w:r>
    </w:p>
    <w:p w:rsidR="008E19ED" w:rsidRPr="003E49D1" w:rsidRDefault="008E19ED">
      <w:pPr>
        <w:rPr>
          <w:lang w:val="ru-RU"/>
        </w:rPr>
        <w:sectPr w:rsidR="008E19ED" w:rsidRPr="003E49D1">
          <w:pgSz w:w="11900" w:h="16840"/>
          <w:pgMar w:top="298" w:right="650" w:bottom="38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E19ED" w:rsidRPr="003E49D1" w:rsidRDefault="008E19ED">
      <w:pPr>
        <w:autoSpaceDE w:val="0"/>
        <w:autoSpaceDN w:val="0"/>
        <w:spacing w:after="78" w:line="220" w:lineRule="exact"/>
        <w:rPr>
          <w:lang w:val="ru-RU"/>
        </w:rPr>
      </w:pPr>
    </w:p>
    <w:p w:rsidR="008E19ED" w:rsidRPr="003E49D1" w:rsidRDefault="003E49D1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Соотношение звуков и букв.</w:t>
      </w:r>
    </w:p>
    <w:p w:rsidR="008E19ED" w:rsidRPr="003E49D1" w:rsidRDefault="003E49D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Фонетический анализ слова.</w:t>
      </w:r>
    </w:p>
    <w:p w:rsidR="008E19ED" w:rsidRPr="003E49D1" w:rsidRDefault="003E49D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Способы обозначения [й’], мягкости согласных.</w:t>
      </w:r>
    </w:p>
    <w:p w:rsidR="008E19ED" w:rsidRPr="003E49D1" w:rsidRDefault="003E49D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Основные выразительные средства фонетики.</w:t>
      </w:r>
    </w:p>
    <w:p w:rsidR="008E19ED" w:rsidRPr="003E49D1" w:rsidRDefault="003E49D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Прописные и строчные буквы.</w:t>
      </w:r>
    </w:p>
    <w:p w:rsidR="008E19ED" w:rsidRPr="003E49D1" w:rsidRDefault="003E49D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Интонация, её функции. Основные элементы интонации.</w:t>
      </w:r>
    </w:p>
    <w:p w:rsidR="008E19ED" w:rsidRPr="003E49D1" w:rsidRDefault="003E49D1">
      <w:pPr>
        <w:autoSpaceDE w:val="0"/>
        <w:autoSpaceDN w:val="0"/>
        <w:spacing w:before="70" w:after="0" w:line="262" w:lineRule="auto"/>
        <w:ind w:left="180" w:right="6336"/>
        <w:rPr>
          <w:lang w:val="ru-RU"/>
        </w:rPr>
      </w:pPr>
      <w:r w:rsidRPr="003E49D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Орфография </w:t>
      </w:r>
      <w:r w:rsidRPr="003E49D1">
        <w:rPr>
          <w:lang w:val="ru-RU"/>
        </w:rPr>
        <w:br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Орфография как раздел лингвистики.</w:t>
      </w:r>
    </w:p>
    <w:p w:rsidR="008E19ED" w:rsidRPr="003E49D1" w:rsidRDefault="003E49D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Понятие «орфограмма». Буквенные и небуквенные орфограммы.</w:t>
      </w:r>
    </w:p>
    <w:p w:rsidR="008E19ED" w:rsidRPr="003E49D1" w:rsidRDefault="003E49D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разделительных 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ъ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ь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8E19ED" w:rsidRPr="003E49D1" w:rsidRDefault="003E49D1">
      <w:pPr>
        <w:autoSpaceDE w:val="0"/>
        <w:autoSpaceDN w:val="0"/>
        <w:spacing w:before="72" w:after="0" w:line="262" w:lineRule="auto"/>
        <w:ind w:left="180" w:right="6192"/>
        <w:rPr>
          <w:lang w:val="ru-RU"/>
        </w:rPr>
      </w:pPr>
      <w:r w:rsidRPr="003E49D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Лексикология </w:t>
      </w:r>
      <w:r w:rsidRPr="003E49D1">
        <w:rPr>
          <w:lang w:val="ru-RU"/>
        </w:rPr>
        <w:br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Лексикология как раздел лингвистики.</w:t>
      </w:r>
    </w:p>
    <w:p w:rsidR="008E19ED" w:rsidRPr="003E49D1" w:rsidRDefault="003E49D1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8E19ED" w:rsidRPr="003E49D1" w:rsidRDefault="003E49D1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8E19ED" w:rsidRPr="003E49D1" w:rsidRDefault="003E49D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Синонимы. Антонимы. Омонимы. Паронимы.</w:t>
      </w:r>
    </w:p>
    <w:p w:rsidR="008E19ED" w:rsidRPr="003E49D1" w:rsidRDefault="003E49D1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8E19ED" w:rsidRPr="003E49D1" w:rsidRDefault="003E49D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Лексический анализ слов (в рамках изученного).</w:t>
      </w:r>
    </w:p>
    <w:p w:rsidR="008E19ED" w:rsidRPr="003E49D1" w:rsidRDefault="003E49D1">
      <w:pPr>
        <w:autoSpaceDE w:val="0"/>
        <w:autoSpaceDN w:val="0"/>
        <w:spacing w:before="70" w:after="0" w:line="262" w:lineRule="auto"/>
        <w:ind w:left="180" w:right="6480"/>
        <w:rPr>
          <w:lang w:val="ru-RU"/>
        </w:rPr>
      </w:pPr>
      <w:r w:rsidRPr="003E49D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Морфемика. Орфография </w:t>
      </w:r>
      <w:r w:rsidRPr="003E49D1">
        <w:rPr>
          <w:lang w:val="ru-RU"/>
        </w:rPr>
        <w:br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Морфемика как раздел лингвистики.</w:t>
      </w:r>
    </w:p>
    <w:p w:rsidR="008E19ED" w:rsidRPr="003E49D1" w:rsidRDefault="003E49D1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8E19ED" w:rsidRPr="003E49D1" w:rsidRDefault="003E49D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Чередование звуков в морфемах (в том числе чередование гласных с нулём звука).</w:t>
      </w:r>
    </w:p>
    <w:p w:rsidR="008E19ED" w:rsidRPr="003E49D1" w:rsidRDefault="003E49D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Морфемный анализ слов.</w:t>
      </w:r>
    </w:p>
    <w:p w:rsidR="008E19ED" w:rsidRPr="003E49D1" w:rsidRDefault="003E49D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Уместное использование слов с суффиксами оценки в собственной речи.</w:t>
      </w:r>
    </w:p>
    <w:p w:rsidR="008E19ED" w:rsidRPr="003E49D1" w:rsidRDefault="003E49D1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8E19ED" w:rsidRPr="003E49D1" w:rsidRDefault="003E49D1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Правописание корней с проверяемыми, непроверяемыми, ​непроизносимыми согласными (в рамках изученного).</w:t>
      </w:r>
    </w:p>
    <w:p w:rsidR="008E19ED" w:rsidRPr="003E49D1" w:rsidRDefault="003E49D1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ё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 после шипящих в корне слова.</w:t>
      </w:r>
    </w:p>
    <w:p w:rsidR="008E19ED" w:rsidRPr="003E49D1" w:rsidRDefault="003E49D1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неизменяемых на письме приставок и приставок на 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-з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 (-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8E19ED" w:rsidRPr="003E49D1" w:rsidRDefault="003E49D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ы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 после приставок.</w:t>
      </w:r>
    </w:p>
    <w:p w:rsidR="008E19ED" w:rsidRPr="003E49D1" w:rsidRDefault="003E49D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ы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 после 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8E19ED" w:rsidRPr="003E49D1" w:rsidRDefault="003E49D1">
      <w:pPr>
        <w:autoSpaceDE w:val="0"/>
        <w:autoSpaceDN w:val="0"/>
        <w:spacing w:before="70" w:after="0" w:line="262" w:lineRule="auto"/>
        <w:ind w:left="180" w:right="3024"/>
        <w:rPr>
          <w:lang w:val="ru-RU"/>
        </w:rPr>
      </w:pPr>
      <w:r w:rsidRPr="003E49D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Морфология. Культура речи. Орфография </w:t>
      </w:r>
      <w:r w:rsidRPr="003E49D1">
        <w:rPr>
          <w:lang w:val="ru-RU"/>
        </w:rPr>
        <w:br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Морфология как раздел грамматики. Грамматическое значение слова.</w:t>
      </w:r>
    </w:p>
    <w:p w:rsidR="008E19ED" w:rsidRPr="003E49D1" w:rsidRDefault="003E49D1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8E19ED" w:rsidRPr="003E49D1" w:rsidRDefault="003E49D1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Имя существительное </w:t>
      </w:r>
      <w:r w:rsidRPr="003E49D1">
        <w:rPr>
          <w:lang w:val="ru-RU"/>
        </w:rPr>
        <w:br/>
      </w: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8E19ED" w:rsidRPr="003E49D1" w:rsidRDefault="003E49D1">
      <w:pPr>
        <w:tabs>
          <w:tab w:val="left" w:pos="180"/>
        </w:tabs>
        <w:autoSpaceDE w:val="0"/>
        <w:autoSpaceDN w:val="0"/>
        <w:spacing w:before="70" w:after="0" w:line="271" w:lineRule="auto"/>
        <w:ind w:right="288"/>
        <w:rPr>
          <w:lang w:val="ru-RU"/>
        </w:rPr>
      </w:pP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 </w:t>
      </w: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Род, число, падеж имени существительного.</w:t>
      </w:r>
    </w:p>
    <w:p w:rsidR="008E19ED" w:rsidRPr="003E49D1" w:rsidRDefault="008E19ED">
      <w:pPr>
        <w:rPr>
          <w:lang w:val="ru-RU"/>
        </w:rPr>
        <w:sectPr w:rsidR="008E19ED" w:rsidRPr="003E49D1">
          <w:pgSz w:w="11900" w:h="16840"/>
          <w:pgMar w:top="298" w:right="780" w:bottom="428" w:left="666" w:header="720" w:footer="720" w:gutter="0"/>
          <w:cols w:space="720" w:equalWidth="0">
            <w:col w:w="10454" w:space="0"/>
          </w:cols>
          <w:docGrid w:linePitch="360"/>
        </w:sectPr>
      </w:pPr>
    </w:p>
    <w:p w:rsidR="008E19ED" w:rsidRPr="003E49D1" w:rsidRDefault="008E19ED">
      <w:pPr>
        <w:autoSpaceDE w:val="0"/>
        <w:autoSpaceDN w:val="0"/>
        <w:spacing w:after="78" w:line="220" w:lineRule="exact"/>
        <w:rPr>
          <w:lang w:val="ru-RU"/>
        </w:rPr>
      </w:pPr>
    </w:p>
    <w:p w:rsidR="008E19ED" w:rsidRPr="003E49D1" w:rsidRDefault="003E49D1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Имена существительные общего рода.</w:t>
      </w:r>
    </w:p>
    <w:p w:rsidR="008E19ED" w:rsidRPr="003E49D1" w:rsidRDefault="003E49D1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Имена существительные, имеющие форму только единственного или только множественного числа. </w:t>
      </w: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8E19ED" w:rsidRPr="003E49D1" w:rsidRDefault="003E49D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Морфологический анализ имён существительных.</w:t>
      </w:r>
    </w:p>
    <w:p w:rsidR="008E19ED" w:rsidRPr="003E49D1" w:rsidRDefault="003E49D1">
      <w:pPr>
        <w:tabs>
          <w:tab w:val="left" w:pos="180"/>
        </w:tabs>
        <w:autoSpaceDE w:val="0"/>
        <w:autoSpaceDN w:val="0"/>
        <w:spacing w:before="70" w:after="0" w:line="262" w:lineRule="auto"/>
        <w:ind w:right="1872"/>
        <w:rPr>
          <w:lang w:val="ru-RU"/>
        </w:rPr>
      </w:pP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8E19ED" w:rsidRPr="003E49D1" w:rsidRDefault="003E49D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Правописание собственных имён существительных.</w:t>
      </w:r>
    </w:p>
    <w:p w:rsidR="008E19ED" w:rsidRPr="003E49D1" w:rsidRDefault="003E49D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ь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 на конце имён существительных после шипящих.</w:t>
      </w:r>
    </w:p>
    <w:p w:rsidR="008E19ED" w:rsidRPr="003E49D1" w:rsidRDefault="003E49D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Правописание безударных окончаний имён существительных.</w:t>
      </w:r>
    </w:p>
    <w:p w:rsidR="008E19ED" w:rsidRPr="003E49D1" w:rsidRDefault="003E49D1">
      <w:pPr>
        <w:autoSpaceDE w:val="0"/>
        <w:autoSpaceDN w:val="0"/>
        <w:spacing w:before="72" w:after="0" w:line="262" w:lineRule="auto"/>
        <w:ind w:left="180" w:right="432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ё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) после шипящих и 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 в суффиксах и окончаниях имён существительных. Правописание суффиксов </w:t>
      </w:r>
      <w:r w:rsidRPr="003E49D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чик</w:t>
      </w:r>
      <w:r w:rsidRPr="003E49D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- 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Pr="003E49D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щик</w:t>
      </w:r>
      <w:r w:rsidRPr="003E49D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; -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ек</w:t>
      </w:r>
      <w:r w:rsidRPr="003E49D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3E49D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ик</w:t>
      </w:r>
      <w:r w:rsidRPr="003E49D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- 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(-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чик</w:t>
      </w:r>
      <w:r w:rsidRPr="003E49D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) имён существительных.</w:t>
      </w:r>
    </w:p>
    <w:p w:rsidR="008E19ED" w:rsidRPr="003E49D1" w:rsidRDefault="003E49D1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корней с чередованием 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 // 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: -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лаг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лож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-; -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раст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ращ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рос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-; -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гар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гор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-,-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зар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зор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-;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-клан- 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-клон-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-скак- 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-скоч-.</w:t>
      </w:r>
    </w:p>
    <w:p w:rsidR="008E19ED" w:rsidRPr="003E49D1" w:rsidRDefault="003E49D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Слитное и раздельное написание 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не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 с именами существительными.</w:t>
      </w:r>
    </w:p>
    <w:p w:rsidR="008E19ED" w:rsidRPr="003E49D1" w:rsidRDefault="003E49D1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Имя прилагательное </w:t>
      </w:r>
      <w:r w:rsidRPr="003E49D1">
        <w:rPr>
          <w:lang w:val="ru-RU"/>
        </w:rPr>
        <w:br/>
      </w: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8E19ED" w:rsidRPr="003E49D1" w:rsidRDefault="003E49D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Имена прилагательные полные и краткие, их синтаксические функции.</w:t>
      </w:r>
    </w:p>
    <w:p w:rsidR="008E19ED" w:rsidRPr="003E49D1" w:rsidRDefault="003E49D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Склонение имён прилагательных. </w:t>
      </w:r>
    </w:p>
    <w:p w:rsidR="008E19ED" w:rsidRPr="003E49D1" w:rsidRDefault="003E49D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Морфологический анализ имён прилагательных.</w:t>
      </w:r>
    </w:p>
    <w:p w:rsidR="008E19ED" w:rsidRPr="003E49D1" w:rsidRDefault="003E49D1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8E19ED" w:rsidRPr="003E49D1" w:rsidRDefault="003E49D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Правописание безударных окончаний имён прилагательных.</w:t>
      </w:r>
    </w:p>
    <w:p w:rsidR="008E19ED" w:rsidRPr="003E49D1" w:rsidRDefault="003E49D1">
      <w:pPr>
        <w:autoSpaceDE w:val="0"/>
        <w:autoSpaceDN w:val="0"/>
        <w:spacing w:before="70" w:after="0" w:line="262" w:lineRule="auto"/>
        <w:ind w:left="180" w:right="1008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 после шипящих и 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 в суффиксах и окончаниях имён прилагательных. Правописание кратких форм имён прилагательных с основой на шипящий.</w:t>
      </w:r>
    </w:p>
    <w:p w:rsidR="008E19ED" w:rsidRPr="003E49D1" w:rsidRDefault="003E49D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Слитное и раздельное написание 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не 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с именами прилагательными.</w:t>
      </w:r>
    </w:p>
    <w:p w:rsidR="008E19ED" w:rsidRPr="003E49D1" w:rsidRDefault="003E49D1">
      <w:pPr>
        <w:tabs>
          <w:tab w:val="left" w:pos="180"/>
        </w:tabs>
        <w:autoSpaceDE w:val="0"/>
        <w:autoSpaceDN w:val="0"/>
        <w:spacing w:before="70" w:after="0" w:line="271" w:lineRule="auto"/>
        <w:ind w:right="1296"/>
        <w:rPr>
          <w:lang w:val="ru-RU"/>
        </w:rPr>
      </w:pP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Глагол </w:t>
      </w:r>
      <w:r w:rsidRPr="003E49D1">
        <w:rPr>
          <w:lang w:val="ru-RU"/>
        </w:rPr>
        <w:br/>
      </w: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8E19ED" w:rsidRPr="003E49D1" w:rsidRDefault="003E49D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Глаголы совершенного и несовершенного вида, возвратные и невозвратные.</w:t>
      </w:r>
    </w:p>
    <w:p w:rsidR="008E19ED" w:rsidRPr="003E49D1" w:rsidRDefault="003E49D1">
      <w:pPr>
        <w:tabs>
          <w:tab w:val="left" w:pos="180"/>
        </w:tabs>
        <w:autoSpaceDE w:val="0"/>
        <w:autoSpaceDN w:val="0"/>
        <w:spacing w:before="72" w:after="0" w:line="262" w:lineRule="auto"/>
        <w:ind w:right="432"/>
        <w:rPr>
          <w:lang w:val="ru-RU"/>
        </w:rPr>
      </w:pP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8E19ED" w:rsidRPr="003E49D1" w:rsidRDefault="003E49D1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Спряжение глагола.</w:t>
      </w:r>
    </w:p>
    <w:p w:rsidR="008E19ED" w:rsidRPr="003E49D1" w:rsidRDefault="003E49D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8E19ED" w:rsidRPr="003E49D1" w:rsidRDefault="003E49D1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корней с чередованием 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 // 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3E49D1">
        <w:rPr>
          <w:rFonts w:ascii="Times New Roman" w:eastAsia="Times New Roman" w:hAnsi="Times New Roman"/>
          <w:b/>
          <w:color w:val="000000"/>
          <w:sz w:val="24"/>
          <w:lang w:val="ru-RU"/>
        </w:rPr>
        <w:t>: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 -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бер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бир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-, -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блест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блист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-, -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дер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дир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-,-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жег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жиг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-, -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мер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мир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-, -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пер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пир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-, -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стел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стил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-, -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тер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тир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-.</w:t>
      </w:r>
    </w:p>
    <w:p w:rsidR="008E19ED" w:rsidRPr="003E49D1" w:rsidRDefault="003E49D1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Использование 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ь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8E19ED" w:rsidRPr="003E49D1" w:rsidRDefault="003E49D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-тся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-ться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 в глаголах, суффиксов 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-ова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- —-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ева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-, 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-ыва-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-ива-</w:t>
      </w:r>
      <w:r w:rsidRPr="003E49D1">
        <w:rPr>
          <w:rFonts w:ascii="Times New Roman" w:eastAsia="Times New Roman" w:hAnsi="Times New Roman"/>
          <w:i/>
          <w:color w:val="000000"/>
          <w:sz w:val="24"/>
          <w:lang w:val="ru-RU"/>
        </w:rPr>
        <w:t>.</w:t>
      </w:r>
    </w:p>
    <w:p w:rsidR="008E19ED" w:rsidRPr="003E49D1" w:rsidRDefault="003E49D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Правописание безударных личных окончаний глагола.</w:t>
      </w:r>
    </w:p>
    <w:p w:rsidR="008E19ED" w:rsidRPr="003E49D1" w:rsidRDefault="003E49D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гласной перед суффиксом 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-л-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 в формах прошедшего времени глагола.</w:t>
      </w:r>
    </w:p>
    <w:p w:rsidR="008E19ED" w:rsidRPr="003E49D1" w:rsidRDefault="003E49D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Слитное и раздельное написание 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не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 с глаголами.</w:t>
      </w:r>
    </w:p>
    <w:p w:rsidR="008E19ED" w:rsidRPr="003E49D1" w:rsidRDefault="003E49D1">
      <w:pPr>
        <w:autoSpaceDE w:val="0"/>
        <w:autoSpaceDN w:val="0"/>
        <w:spacing w:before="70" w:after="0" w:line="262" w:lineRule="auto"/>
        <w:ind w:left="180" w:right="864"/>
        <w:rPr>
          <w:lang w:val="ru-RU"/>
        </w:rPr>
      </w:pPr>
      <w:r w:rsidRPr="003E49D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Синтаксис. Культура речи. Пунктуация </w:t>
      </w:r>
      <w:r w:rsidRPr="003E49D1">
        <w:rPr>
          <w:lang w:val="ru-RU"/>
        </w:rPr>
        <w:br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Синтаксис как раздел грамматики. Словосочетание и предложение как единицы синтаксиса.</w:t>
      </w:r>
    </w:p>
    <w:p w:rsidR="008E19ED" w:rsidRPr="003E49D1" w:rsidRDefault="003E49D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Словосочетание и его признаки. Основные виды словосочетаний по морфологическим свойствам</w:t>
      </w:r>
    </w:p>
    <w:p w:rsidR="008E19ED" w:rsidRPr="003E49D1" w:rsidRDefault="008E19ED">
      <w:pPr>
        <w:rPr>
          <w:lang w:val="ru-RU"/>
        </w:rPr>
        <w:sectPr w:rsidR="008E19ED" w:rsidRPr="003E49D1">
          <w:pgSz w:w="11900" w:h="16840"/>
          <w:pgMar w:top="298" w:right="682" w:bottom="428" w:left="666" w:header="720" w:footer="720" w:gutter="0"/>
          <w:cols w:space="720" w:equalWidth="0">
            <w:col w:w="10552" w:space="0"/>
          </w:cols>
          <w:docGrid w:linePitch="360"/>
        </w:sectPr>
      </w:pPr>
    </w:p>
    <w:p w:rsidR="008E19ED" w:rsidRPr="003E49D1" w:rsidRDefault="008E19ED">
      <w:pPr>
        <w:autoSpaceDE w:val="0"/>
        <w:autoSpaceDN w:val="0"/>
        <w:spacing w:after="66" w:line="220" w:lineRule="exact"/>
        <w:rPr>
          <w:lang w:val="ru-RU"/>
        </w:rPr>
      </w:pPr>
    </w:p>
    <w:p w:rsidR="008E19ED" w:rsidRPr="003E49D1" w:rsidRDefault="003E49D1">
      <w:pPr>
        <w:autoSpaceDE w:val="0"/>
        <w:autoSpaceDN w:val="0"/>
        <w:spacing w:after="0" w:line="230" w:lineRule="auto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главного слова (именные, глагольные, наречные). Средства связи слов в словосочетании.</w:t>
      </w:r>
    </w:p>
    <w:p w:rsidR="008E19ED" w:rsidRPr="003E49D1" w:rsidRDefault="003E49D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Синтаксический анализ словосочетания.</w:t>
      </w:r>
    </w:p>
    <w:p w:rsidR="008E19ED" w:rsidRPr="003E49D1" w:rsidRDefault="003E49D1">
      <w:pPr>
        <w:autoSpaceDE w:val="0"/>
        <w:autoSpaceDN w:val="0"/>
        <w:spacing w:before="70" w:after="0" w:line="230" w:lineRule="auto"/>
        <w:jc w:val="center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Предложение и его признаки. Виды предложений по цели высказывания и эмоциональной окраске.</w:t>
      </w:r>
    </w:p>
    <w:p w:rsidR="008E19ED" w:rsidRPr="003E49D1" w:rsidRDefault="003E49D1">
      <w:pPr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8E19ED" w:rsidRPr="003E49D1" w:rsidRDefault="003E49D1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Главные члены предложения (грамматическая основа). 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морфологические средства его выражения: глаголом, именем существительным, именем прилагательным.</w:t>
      </w:r>
    </w:p>
    <w:p w:rsidR="008E19ED" w:rsidRPr="003E49D1" w:rsidRDefault="003E49D1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Тире между подлежащим и сказуемым.</w:t>
      </w:r>
    </w:p>
    <w:p w:rsidR="008E19ED" w:rsidRPr="003E49D1" w:rsidRDefault="003E49D1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</w:t>
      </w:r>
    </w:p>
    <w:p w:rsidR="008E19ED" w:rsidRPr="003E49D1" w:rsidRDefault="003E49D1">
      <w:pPr>
        <w:autoSpaceDE w:val="0"/>
        <w:autoSpaceDN w:val="0"/>
        <w:spacing w:before="70" w:after="0" w:line="271" w:lineRule="auto"/>
        <w:ind w:right="288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8E19ED" w:rsidRPr="003E49D1" w:rsidRDefault="003E49D1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, союзами 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но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однако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зато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да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 (в значении 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), 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да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 (в значении 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но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8E19ED" w:rsidRPr="003E49D1" w:rsidRDefault="003E49D1">
      <w:pPr>
        <w:autoSpaceDE w:val="0"/>
        <w:autoSpaceDN w:val="0"/>
        <w:spacing w:before="70" w:after="0" w:line="230" w:lineRule="auto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Предложения с обобщающим словом при однородных членах.</w:t>
      </w:r>
    </w:p>
    <w:p w:rsidR="008E19ED" w:rsidRPr="003E49D1" w:rsidRDefault="003E49D1">
      <w:pPr>
        <w:autoSpaceDE w:val="0"/>
        <w:autoSpaceDN w:val="0"/>
        <w:spacing w:before="70" w:after="0" w:line="262" w:lineRule="auto"/>
        <w:ind w:left="180" w:right="72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Предложения с обращением, особенности интонации. Обращение и средства его выражения. Синтаксический анализ простого и простого осложнённого предложений.</w:t>
      </w:r>
    </w:p>
    <w:p w:rsidR="008E19ED" w:rsidRPr="003E49D1" w:rsidRDefault="003E49D1">
      <w:pPr>
        <w:autoSpaceDE w:val="0"/>
        <w:autoSpaceDN w:val="0"/>
        <w:spacing w:before="70" w:after="0" w:line="271" w:lineRule="auto"/>
        <w:ind w:right="576" w:firstLine="18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, союзами 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но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однако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зато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да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 (в значении 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), 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да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 (в значении 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но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8E19ED" w:rsidRPr="003E49D1" w:rsidRDefault="003E49D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Предложения простые и сложные. Сложные предложения с бессоюзной и союзной связью.</w:t>
      </w:r>
    </w:p>
    <w:p w:rsidR="008E19ED" w:rsidRPr="003E49D1" w:rsidRDefault="003E49D1">
      <w:pPr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Предложения сложносочинённые и сложноподчинённые (общее представление, практическое усвоение).</w:t>
      </w:r>
    </w:p>
    <w:p w:rsidR="008E19ED" w:rsidRPr="003E49D1" w:rsidRDefault="003E49D1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но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однако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зато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да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8E19ED" w:rsidRPr="003E49D1" w:rsidRDefault="003E49D1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Предложения с прямой речью.</w:t>
      </w:r>
    </w:p>
    <w:p w:rsidR="008E19ED" w:rsidRPr="003E49D1" w:rsidRDefault="003E49D1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Пунктуационное оформление предложений с прямой речью.</w:t>
      </w:r>
    </w:p>
    <w:p w:rsidR="008E19ED" w:rsidRPr="003E49D1" w:rsidRDefault="003E49D1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Диалог.</w:t>
      </w:r>
    </w:p>
    <w:p w:rsidR="008E19ED" w:rsidRPr="003E49D1" w:rsidRDefault="003E49D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Пунктуационное оформление диалога на письме.</w:t>
      </w:r>
    </w:p>
    <w:p w:rsidR="008E19ED" w:rsidRPr="003E49D1" w:rsidRDefault="003E49D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Пунктуация как раздел лингвистики.</w:t>
      </w:r>
    </w:p>
    <w:p w:rsidR="008E19ED" w:rsidRPr="003E49D1" w:rsidRDefault="008E19ED">
      <w:pPr>
        <w:rPr>
          <w:lang w:val="ru-RU"/>
        </w:rPr>
        <w:sectPr w:rsidR="008E19ED" w:rsidRPr="003E49D1">
          <w:pgSz w:w="11900" w:h="16840"/>
          <w:pgMar w:top="286" w:right="656" w:bottom="1440" w:left="666" w:header="720" w:footer="720" w:gutter="0"/>
          <w:cols w:space="720" w:equalWidth="0">
            <w:col w:w="10578" w:space="0"/>
          </w:cols>
          <w:docGrid w:linePitch="360"/>
        </w:sectPr>
      </w:pPr>
    </w:p>
    <w:p w:rsidR="008E19ED" w:rsidRPr="003E49D1" w:rsidRDefault="008E19ED">
      <w:pPr>
        <w:autoSpaceDE w:val="0"/>
        <w:autoSpaceDN w:val="0"/>
        <w:spacing w:after="78" w:line="220" w:lineRule="exact"/>
        <w:rPr>
          <w:lang w:val="ru-RU"/>
        </w:rPr>
      </w:pPr>
    </w:p>
    <w:p w:rsidR="008E19ED" w:rsidRPr="003E49D1" w:rsidRDefault="003E49D1">
      <w:pPr>
        <w:autoSpaceDE w:val="0"/>
        <w:autoSpaceDN w:val="0"/>
        <w:spacing w:after="0" w:line="230" w:lineRule="auto"/>
        <w:rPr>
          <w:lang w:val="ru-RU"/>
        </w:rPr>
      </w:pPr>
      <w:r w:rsidRPr="003E49D1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8E19ED" w:rsidRPr="003E49D1" w:rsidRDefault="003E49D1">
      <w:pPr>
        <w:autoSpaceDE w:val="0"/>
        <w:autoSpaceDN w:val="0"/>
        <w:spacing w:before="346" w:after="0" w:line="230" w:lineRule="auto"/>
        <w:rPr>
          <w:lang w:val="ru-RU"/>
        </w:rPr>
      </w:pPr>
      <w:r w:rsidRPr="003E49D1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8E19ED" w:rsidRPr="003E49D1" w:rsidRDefault="003E49D1">
      <w:pPr>
        <w:autoSpaceDE w:val="0"/>
        <w:autoSpaceDN w:val="0"/>
        <w:spacing w:before="166" w:after="0" w:line="281" w:lineRule="auto"/>
        <w:ind w:firstLine="18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результаты освоения Примерной рабочей программы по русскому языку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</w:t>
      </w:r>
      <w:r w:rsidRPr="003E49D1">
        <w:rPr>
          <w:lang w:val="ru-RU"/>
        </w:rPr>
        <w:br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самовоспитания и саморазвития, формирования внутренней позиции личности.</w:t>
      </w:r>
    </w:p>
    <w:p w:rsidR="008E19ED" w:rsidRPr="003E49D1" w:rsidRDefault="003E49D1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результаты освоения Примерной рабочей программы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 </w:t>
      </w:r>
      <w:r w:rsidRPr="003E49D1">
        <w:rPr>
          <w:lang w:val="ru-RU"/>
        </w:rPr>
        <w:br/>
      </w: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Гражданского воспитания: </w:t>
      </w:r>
      <w:r w:rsidRPr="003E49D1">
        <w:rPr>
          <w:lang w:val="ru-RU"/>
        </w:rPr>
        <w:br/>
      </w: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 неприятие любых форм экстремизма, дискриминации; понимание роли различных социальных институтов в жизни человека; </w:t>
      </w:r>
      <w:r w:rsidRPr="003E49D1">
        <w:rPr>
          <w:lang w:val="ru-RU"/>
        </w:rPr>
        <w:br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 готовность к разнообразной совместной деятельности, стремление </w:t>
      </w:r>
      <w:r w:rsidRPr="003E49D1">
        <w:rPr>
          <w:lang w:val="ru-RU"/>
        </w:rPr>
        <w:br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к взаимопониманию и взаимопомощи; активное участие в школьном самоуправлении; готовность к участию в гуманитарной деятельности (помощь людям, нуждающимся в ней; волонтёрство).</w:t>
      </w:r>
    </w:p>
    <w:p w:rsidR="008E19ED" w:rsidRPr="003E49D1" w:rsidRDefault="003E49D1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Патриотического воспитания: </w:t>
      </w:r>
      <w:r w:rsidRPr="003E49D1">
        <w:rPr>
          <w:lang w:val="ru-RU"/>
        </w:rPr>
        <w:br/>
      </w: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России; проявление интереса к познанию русского языка, к истории и культуре Российской Федерации, культуре своего края, народов России в контексте учебного предмета «Русский язык»; ценностное отношение к русскому языку, к достижениям своей Родины — России, к науке, искусству, боевым подвигам и трудовым достижениям народа, в том числе отражённым в художественных произведениях;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:rsidR="008E19ED" w:rsidRPr="003E49D1" w:rsidRDefault="003E49D1">
      <w:pPr>
        <w:tabs>
          <w:tab w:val="left" w:pos="180"/>
        </w:tabs>
        <w:autoSpaceDE w:val="0"/>
        <w:autoSpaceDN w:val="0"/>
        <w:spacing w:before="70" w:after="0" w:line="281" w:lineRule="auto"/>
        <w:ind w:right="432"/>
        <w:rPr>
          <w:lang w:val="ru-RU"/>
        </w:rPr>
      </w:pP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Духовно-нравственного воспитания: </w:t>
      </w:r>
      <w:r w:rsidRPr="003E49D1">
        <w:rPr>
          <w:lang w:val="ru-RU"/>
        </w:rPr>
        <w:br/>
      </w: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ориентация на моральные ценности и нормы в ситуациях нравственного выбора; готовность оценивать своё поведение, в том числе речевое, и поступки, а также поведение и поступки других людей с позиции нравственных и правовых нормс учётом осознания последствий поступков; активное неприятие асоциальных поступков; свобода и ответственностьличности в условиях индивидуального и общественного пространства.</w:t>
      </w:r>
    </w:p>
    <w:p w:rsidR="008E19ED" w:rsidRPr="003E49D1" w:rsidRDefault="003E49D1">
      <w:pPr>
        <w:tabs>
          <w:tab w:val="left" w:pos="180"/>
        </w:tabs>
        <w:autoSpaceDE w:val="0"/>
        <w:autoSpaceDN w:val="0"/>
        <w:spacing w:before="70" w:after="0" w:line="281" w:lineRule="auto"/>
        <w:ind w:right="288"/>
        <w:rPr>
          <w:lang w:val="ru-RU"/>
        </w:rPr>
      </w:pP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Эстетического воспитания: </w:t>
      </w:r>
      <w:r w:rsidRPr="003E49D1">
        <w:rPr>
          <w:lang w:val="ru-RU"/>
        </w:rPr>
        <w:br/>
      </w: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восприимчивость к разным видам искусства, традициям и творчеству своего и других народов; понимание эмоционального воздействия искусства; осознание важности художественной культуры как средства коммуникации и самовыражения; 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творчества; стремление к самовыражению в разных</w:t>
      </w:r>
    </w:p>
    <w:p w:rsidR="008E19ED" w:rsidRPr="003E49D1" w:rsidRDefault="008E19ED">
      <w:pPr>
        <w:rPr>
          <w:lang w:val="ru-RU"/>
        </w:rPr>
        <w:sectPr w:rsidR="008E19ED" w:rsidRPr="003E49D1">
          <w:pgSz w:w="11900" w:h="16840"/>
          <w:pgMar w:top="298" w:right="650" w:bottom="41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E19ED" w:rsidRPr="003E49D1" w:rsidRDefault="008E19ED">
      <w:pPr>
        <w:autoSpaceDE w:val="0"/>
        <w:autoSpaceDN w:val="0"/>
        <w:spacing w:after="66" w:line="220" w:lineRule="exact"/>
        <w:rPr>
          <w:lang w:val="ru-RU"/>
        </w:rPr>
      </w:pPr>
    </w:p>
    <w:p w:rsidR="008E19ED" w:rsidRPr="003E49D1" w:rsidRDefault="003E49D1">
      <w:pPr>
        <w:autoSpaceDE w:val="0"/>
        <w:autoSpaceDN w:val="0"/>
        <w:spacing w:after="0" w:line="230" w:lineRule="auto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видах искусства.</w:t>
      </w:r>
    </w:p>
    <w:p w:rsidR="008E19ED" w:rsidRPr="003E49D1" w:rsidRDefault="003E49D1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Физического воспитания, формирования культуры здоровья и эмоционального благополучия: </w:t>
      </w: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ценности жизни с опорой на собственный жизненный и читательский опыт; </w:t>
      </w:r>
      <w:r w:rsidRPr="003E49D1">
        <w:rPr>
          <w:lang w:val="ru-RU"/>
        </w:rPr>
        <w:br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осознание последствий и неприятие вредных привычек (употреб​ление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интернет-среде в процессе школьного языкового образования; способность адаптироваться к стрессовым ситуациям и меняющимся социальным, информационным и природным условиям, в том числе осмысляя </w:t>
      </w:r>
      <w:r w:rsidRPr="003E49D1">
        <w:rPr>
          <w:lang w:val="ru-RU"/>
        </w:rPr>
        <w:br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собственный опыт и выстраивая дальнейшие цели; </w:t>
      </w:r>
      <w:r w:rsidRPr="003E49D1">
        <w:rPr>
          <w:lang w:val="ru-RU"/>
        </w:rPr>
        <w:br/>
      </w: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умение принимать себя и других, не осуждая; </w:t>
      </w:r>
      <w:r w:rsidRPr="003E49D1">
        <w:rPr>
          <w:lang w:val="ru-RU"/>
        </w:rPr>
        <w:br/>
      </w: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языке; сформированность навыков рефлексии, признание своего права на ошибку и такого же права другого человека.</w:t>
      </w:r>
    </w:p>
    <w:p w:rsidR="008E19ED" w:rsidRPr="003E49D1" w:rsidRDefault="003E49D1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Трудового воспитания: </w:t>
      </w:r>
      <w:r w:rsidRPr="003E49D1">
        <w:rPr>
          <w:lang w:val="ru-RU"/>
        </w:rPr>
        <w:br/>
      </w: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</w:t>
      </w:r>
      <w:r w:rsidRPr="003E49D1">
        <w:rPr>
          <w:lang w:val="ru-RU"/>
        </w:rPr>
        <w:br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выполнять такого рода деятельность; </w:t>
      </w:r>
      <w:r w:rsidRPr="003E49D1">
        <w:rPr>
          <w:lang w:val="ru-RU"/>
        </w:rPr>
        <w:br/>
      </w: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интерес к практическому изучению профессий и труда ​раз​личного рода, в том числе на основе применения изучае​мого предметного знания и ознакомления с деятельностью филологов, </w:t>
      </w:r>
      <w:r w:rsidRPr="003E49D1">
        <w:rPr>
          <w:lang w:val="ru-RU"/>
        </w:rPr>
        <w:br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журналистов, писателей;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потребностей; умение рассказать о своих планах на будущее.</w:t>
      </w:r>
    </w:p>
    <w:p w:rsidR="008E19ED" w:rsidRPr="003E49D1" w:rsidRDefault="003E49D1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Экологического воспитания: </w:t>
      </w:r>
      <w:r w:rsidRPr="003E49D1">
        <w:rPr>
          <w:lang w:val="ru-RU"/>
        </w:rPr>
        <w:br/>
      </w: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умение точно, логично выражать свою точку зрения на экологические проблемы; </w:t>
      </w: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активное неприятие действий, приносящих вред окружающей среде; осознание своей роли как гражданина и потребителя в условиях взаимосвязи природной, </w:t>
      </w:r>
      <w:r w:rsidRPr="003E49D1">
        <w:rPr>
          <w:lang w:val="ru-RU"/>
        </w:rPr>
        <w:br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технологической и социальной сред; готовность к участию в практической деятельности </w:t>
      </w:r>
      <w:r w:rsidRPr="003E49D1">
        <w:rPr>
          <w:lang w:val="ru-RU"/>
        </w:rPr>
        <w:br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экологической направленности.</w:t>
      </w:r>
    </w:p>
    <w:p w:rsidR="008E19ED" w:rsidRPr="003E49D1" w:rsidRDefault="003E49D1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Ценности научного познания: </w:t>
      </w:r>
      <w:r w:rsidRPr="003E49D1">
        <w:rPr>
          <w:lang w:val="ru-RU"/>
        </w:rPr>
        <w:br/>
      </w: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чело​века, природы и общества, взаимосвязях человека с природной и социальной средой; закономерностях развития языка; овладение языковой и читательской культурой, навыками ​чтения как средства познания мира; овладение основными навыками исследовательской деятельности с учётом специфики школьного языкового образования; установка на осмысление опыта, наблюдений, поступков и стремление совершенствовать пути достижения индивидуального и коллективного благо​получия.</w:t>
      </w:r>
    </w:p>
    <w:p w:rsidR="008E19ED" w:rsidRPr="003E49D1" w:rsidRDefault="003E49D1">
      <w:pPr>
        <w:autoSpaceDE w:val="0"/>
        <w:autoSpaceDN w:val="0"/>
        <w:spacing w:before="70" w:after="0" w:line="262" w:lineRule="auto"/>
        <w:ind w:left="144" w:right="1008"/>
        <w:jc w:val="center"/>
        <w:rPr>
          <w:lang w:val="ru-RU"/>
        </w:rPr>
      </w:pP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Адаптации обучающегося к изменяющимся условиям социальной и природной среды: 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освоение обучающимися социального опыта, основных социальных ролей, норм и правил</w:t>
      </w:r>
    </w:p>
    <w:p w:rsidR="008E19ED" w:rsidRPr="003E49D1" w:rsidRDefault="008E19ED">
      <w:pPr>
        <w:rPr>
          <w:lang w:val="ru-RU"/>
        </w:rPr>
        <w:sectPr w:rsidR="008E19ED" w:rsidRPr="003E49D1">
          <w:pgSz w:w="11900" w:h="16840"/>
          <w:pgMar w:top="286" w:right="680" w:bottom="438" w:left="666" w:header="720" w:footer="720" w:gutter="0"/>
          <w:cols w:space="720" w:equalWidth="0">
            <w:col w:w="10554" w:space="0"/>
          </w:cols>
          <w:docGrid w:linePitch="360"/>
        </w:sectPr>
      </w:pPr>
    </w:p>
    <w:p w:rsidR="008E19ED" w:rsidRPr="003E49D1" w:rsidRDefault="008E19ED">
      <w:pPr>
        <w:autoSpaceDE w:val="0"/>
        <w:autoSpaceDN w:val="0"/>
        <w:spacing w:after="66" w:line="220" w:lineRule="exact"/>
        <w:rPr>
          <w:lang w:val="ru-RU"/>
        </w:rPr>
      </w:pPr>
    </w:p>
    <w:p w:rsidR="008E19ED" w:rsidRPr="003E49D1" w:rsidRDefault="003E49D1">
      <w:pPr>
        <w:tabs>
          <w:tab w:val="left" w:pos="180"/>
        </w:tabs>
        <w:autoSpaceDE w:val="0"/>
        <w:autoSpaceDN w:val="0"/>
        <w:spacing w:after="0" w:line="288" w:lineRule="auto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</w:t>
      </w:r>
      <w:r w:rsidRPr="003E49D1">
        <w:rPr>
          <w:lang w:val="ru-RU"/>
        </w:rPr>
        <w:br/>
      </w: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потребность во взаимодействии в условиях неопределённости, открытость опыту и знаниям других;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развития; умение оперировать основными понятиями, терминами и </w:t>
      </w:r>
      <w:r w:rsidRPr="003E49D1">
        <w:rPr>
          <w:lang w:val="ru-RU"/>
        </w:rPr>
        <w:br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 </w:t>
      </w:r>
      <w:r w:rsidRPr="003E49D1">
        <w:rPr>
          <w:lang w:val="ru-RU"/>
        </w:rPr>
        <w:br/>
      </w: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способность осознавать стрессовую ситуацию, оценивать происходящие изменения и их </w:t>
      </w:r>
      <w:r w:rsidRPr="003E49D1">
        <w:rPr>
          <w:lang w:val="ru-RU"/>
        </w:rPr>
        <w:br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последствия, опираясь на жизненный, речевой и читательский опыт; воспринимать стрессовую ситуацию как вызов, требующий контрмер; оценивать ситуацию стресса, корректировать </w:t>
      </w:r>
      <w:r w:rsidRPr="003E49D1">
        <w:rPr>
          <w:lang w:val="ru-RU"/>
        </w:rPr>
        <w:br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принимаемые решения и действия; формулировать и оценивать риски и последствия, формировать опыт, уметь находить позитивное в сложившейся ситуации; быть готовым действовать в отсутствие гарантий успеха.</w:t>
      </w:r>
    </w:p>
    <w:p w:rsidR="008E19ED" w:rsidRPr="003E49D1" w:rsidRDefault="003E49D1">
      <w:pPr>
        <w:autoSpaceDE w:val="0"/>
        <w:autoSpaceDN w:val="0"/>
        <w:spacing w:before="262" w:after="0" w:line="230" w:lineRule="auto"/>
        <w:rPr>
          <w:lang w:val="ru-RU"/>
        </w:rPr>
      </w:pPr>
      <w:r w:rsidRPr="003E49D1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8E19ED" w:rsidRPr="003E49D1" w:rsidRDefault="003E49D1">
      <w:pPr>
        <w:tabs>
          <w:tab w:val="left" w:pos="180"/>
        </w:tabs>
        <w:autoSpaceDE w:val="0"/>
        <w:autoSpaceDN w:val="0"/>
        <w:spacing w:before="166" w:after="0" w:line="288" w:lineRule="auto"/>
        <w:ind w:right="288"/>
        <w:rPr>
          <w:lang w:val="ru-RU"/>
        </w:rPr>
      </w:pP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1. Овладение универсальными учебными познавательными действиями </w:t>
      </w:r>
      <w:r w:rsidRPr="003E49D1">
        <w:rPr>
          <w:lang w:val="ru-RU"/>
        </w:rPr>
        <w:br/>
      </w: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Базовые логические действия: </w:t>
      </w:r>
      <w:r w:rsidRPr="003E49D1">
        <w:rPr>
          <w:lang w:val="ru-RU"/>
        </w:rPr>
        <w:br/>
      </w: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и характеризовать существенные признаки языковых единиц, языковых явлений и процессов; </w:t>
      </w:r>
      <w:r w:rsidRPr="003E49D1">
        <w:rPr>
          <w:lang w:val="ru-RU"/>
        </w:rPr>
        <w:br/>
      </w: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устанавливать существенный признак классификации языковых единиц (явлений), основания для обобщения и сравнения, критерии проводимого анализа; классифицировать языковые единицы по существенному признаку; </w:t>
      </w:r>
      <w:r w:rsidRPr="003E49D1">
        <w:rPr>
          <w:lang w:val="ru-RU"/>
        </w:rPr>
        <w:br/>
      </w: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 </w:t>
      </w:r>
      <w:r w:rsidRPr="003E49D1">
        <w:rPr>
          <w:lang w:val="ru-RU"/>
        </w:rPr>
        <w:br/>
      </w: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дефицит информации текста, необходимой для решения поставленной учебной задачи; </w:t>
      </w: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причинно-следственные связи при изучении языковых процессов; делать выводы с использованием дедуктивных и индуктивных умозаключений, умозаключений по аналогии, формулировать гипотезы о взаимосвязях; </w:t>
      </w:r>
      <w:r w:rsidRPr="003E49D1">
        <w:rPr>
          <w:lang w:val="ru-RU"/>
        </w:rPr>
        <w:br/>
      </w: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оптималь​ный вариант с учётом самостоятельно выделенных критериев.</w:t>
      </w:r>
    </w:p>
    <w:p w:rsidR="008E19ED" w:rsidRPr="003E49D1" w:rsidRDefault="003E49D1">
      <w:pPr>
        <w:tabs>
          <w:tab w:val="left" w:pos="180"/>
        </w:tabs>
        <w:autoSpaceDE w:val="0"/>
        <w:autoSpaceDN w:val="0"/>
        <w:spacing w:before="70" w:after="0" w:line="286" w:lineRule="auto"/>
        <w:ind w:right="144"/>
        <w:rPr>
          <w:lang w:val="ru-RU"/>
        </w:rPr>
      </w:pP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Базовые исследовательские действия: </w:t>
      </w:r>
      <w:r w:rsidRPr="003E49D1">
        <w:rPr>
          <w:lang w:val="ru-RU"/>
        </w:rPr>
        <w:br/>
      </w: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вопросы как исследовательский инструмент познания в языковом образовании; </w:t>
      </w: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формулировать вопросы, фиксирующие несоответствие между реальным и желательным </w:t>
      </w:r>
      <w:r w:rsidRPr="003E49D1">
        <w:rPr>
          <w:lang w:val="ru-RU"/>
        </w:rPr>
        <w:br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состоянием ситуации, и самостоятельно устанавливать искомое и данное; </w:t>
      </w:r>
      <w:r w:rsidRPr="003E49D1">
        <w:rPr>
          <w:lang w:val="ru-RU"/>
        </w:rPr>
        <w:br/>
      </w: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формировать гипотезу об истинности собственных суждений и суждений других, аргументировать свою позицию, мнение; </w:t>
      </w:r>
      <w:r w:rsidRPr="003E49D1">
        <w:rPr>
          <w:lang w:val="ru-RU"/>
        </w:rPr>
        <w:br/>
      </w: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составлять алгоритм действий и использовать его для решения учебных задач; </w:t>
      </w:r>
      <w:r w:rsidRPr="003E49D1">
        <w:rPr>
          <w:lang w:val="ru-RU"/>
        </w:rPr>
        <w:br/>
      </w: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8E19ED" w:rsidRPr="003E49D1" w:rsidRDefault="008E19ED">
      <w:pPr>
        <w:rPr>
          <w:lang w:val="ru-RU"/>
        </w:rPr>
        <w:sectPr w:rsidR="008E19ED" w:rsidRPr="003E49D1">
          <w:pgSz w:w="11900" w:h="16840"/>
          <w:pgMar w:top="286" w:right="634" w:bottom="296" w:left="666" w:header="720" w:footer="720" w:gutter="0"/>
          <w:cols w:space="720" w:equalWidth="0">
            <w:col w:w="10600" w:space="0"/>
          </w:cols>
          <w:docGrid w:linePitch="360"/>
        </w:sectPr>
      </w:pPr>
    </w:p>
    <w:p w:rsidR="008E19ED" w:rsidRPr="003E49D1" w:rsidRDefault="008E19ED">
      <w:pPr>
        <w:autoSpaceDE w:val="0"/>
        <w:autoSpaceDN w:val="0"/>
        <w:spacing w:after="90" w:line="220" w:lineRule="exact"/>
        <w:rPr>
          <w:lang w:val="ru-RU"/>
        </w:rPr>
      </w:pPr>
    </w:p>
    <w:p w:rsidR="008E19ED" w:rsidRPr="003E49D1" w:rsidRDefault="003E49D1">
      <w:pPr>
        <w:tabs>
          <w:tab w:val="left" w:pos="180"/>
        </w:tabs>
        <w:autoSpaceDE w:val="0"/>
        <w:autoSpaceDN w:val="0"/>
        <w:spacing w:after="0" w:line="283" w:lineRule="auto"/>
        <w:ind w:right="288"/>
        <w:rPr>
          <w:lang w:val="ru-RU"/>
        </w:rPr>
      </w:pP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на применимость и достоверность информацию, полученную в ходе лингвистического исследования (эксперимента); </w:t>
      </w:r>
      <w:r w:rsidRPr="003E49D1">
        <w:rPr>
          <w:lang w:val="ru-RU"/>
        </w:rPr>
        <w:br/>
      </w: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формулировать обобщения и выводы по результатам проведённого наблюдения, исследования; владеть инструментами оценки достоверности полученных выводов и обобщений; </w:t>
      </w: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8E19ED" w:rsidRPr="003E49D1" w:rsidRDefault="003E49D1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Работа с информацией: </w:t>
      </w:r>
      <w:r w:rsidRPr="003E49D1">
        <w:rPr>
          <w:lang w:val="ru-RU"/>
        </w:rPr>
        <w:br/>
      </w: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применять различные методы, инструменты и запросы при поиске и отборе информации с учётом предложенной учебной задачи и заданных критериев; </w:t>
      </w:r>
      <w:r w:rsidRPr="003E49D1">
        <w:rPr>
          <w:lang w:val="ru-RU"/>
        </w:rPr>
        <w:br/>
      </w: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выбирать, анализировать, интерпретировать, обобщать и систематизировать информацию, представленную в текстах, таб​лицах, схемах; </w:t>
      </w:r>
      <w:r w:rsidRPr="003E49D1">
        <w:rPr>
          <w:lang w:val="ru-RU"/>
        </w:rPr>
        <w:br/>
      </w: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различные виды аудирования и чтения для оценки текста с точки зрения </w:t>
      </w:r>
      <w:r w:rsidRPr="003E49D1">
        <w:rPr>
          <w:lang w:val="ru-RU"/>
        </w:rPr>
        <w:br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достоверности и применимости содержащейся в нём информации и усвоения необходимой </w:t>
      </w:r>
      <w:r w:rsidRPr="003E49D1">
        <w:rPr>
          <w:lang w:val="ru-RU"/>
        </w:rPr>
        <w:br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информации с целью решения учебных задач; </w:t>
      </w:r>
      <w:r w:rsidRPr="003E49D1">
        <w:rPr>
          <w:lang w:val="ru-RU"/>
        </w:rPr>
        <w:br/>
      </w: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смысловое чтение для извлечения, обобщения и систематизации информации из одного или нескольких источников с учётом поставленных целей; </w:t>
      </w:r>
      <w:r w:rsidRPr="003E49D1">
        <w:rPr>
          <w:lang w:val="ru-RU"/>
        </w:rPr>
        <w:br/>
      </w: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находить сходные аргументы (подтверждающие или опровергающие одну и ту же идею, версию) в различных информационных источниках; </w:t>
      </w:r>
      <w:r w:rsidRPr="003E49D1">
        <w:rPr>
          <w:lang w:val="ru-RU"/>
        </w:rPr>
        <w:br/>
      </w: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 </w:t>
      </w:r>
      <w:r w:rsidRPr="003E49D1">
        <w:rPr>
          <w:lang w:val="ru-RU"/>
        </w:rPr>
        <w:br/>
      </w: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надёжность информации по критериям, пред​ложенным учителем или сформулированным самостоятельно; </w:t>
      </w:r>
      <w:r w:rsidRPr="003E49D1">
        <w:rPr>
          <w:lang w:val="ru-RU"/>
        </w:rPr>
        <w:br/>
      </w: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эффективно запоминать и систематизировать информацию.</w:t>
      </w:r>
    </w:p>
    <w:p w:rsidR="008E19ED" w:rsidRPr="003E49D1" w:rsidRDefault="003E49D1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2. Овладение универсальными учебными коммуникативными действиями </w:t>
      </w:r>
      <w:r w:rsidRPr="003E49D1">
        <w:rPr>
          <w:lang w:val="ru-RU"/>
        </w:rPr>
        <w:br/>
      </w: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Общение: </w:t>
      </w:r>
      <w:r w:rsidRPr="003E49D1">
        <w:rPr>
          <w:lang w:val="ru-RU"/>
        </w:rPr>
        <w:br/>
      </w: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 </w:t>
      </w:r>
      <w:r w:rsidRPr="003E49D1">
        <w:rPr>
          <w:lang w:val="ru-RU"/>
        </w:rPr>
        <w:br/>
      </w: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распознавать невербальные средства общения, понимать значение социальных знаков; </w:t>
      </w:r>
      <w:r w:rsidRPr="003E49D1">
        <w:rPr>
          <w:lang w:val="ru-RU"/>
        </w:rPr>
        <w:br/>
      </w: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 и распознавать предпосылки конфликтных ситуаций и смягчать конфликты, вести </w:t>
      </w:r>
      <w:r w:rsidRPr="003E49D1">
        <w:rPr>
          <w:lang w:val="ru-RU"/>
        </w:rPr>
        <w:br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переговоры; </w:t>
      </w:r>
      <w:r w:rsidRPr="003E49D1">
        <w:rPr>
          <w:lang w:val="ru-RU"/>
        </w:rPr>
        <w:br/>
      </w: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намерения других, проявлять уважительное отношение к собеседнику и в корректной форме формулировать свои возражения; </w:t>
      </w:r>
      <w:r w:rsidRPr="003E49D1">
        <w:rPr>
          <w:lang w:val="ru-RU"/>
        </w:rPr>
        <w:br/>
      </w: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в ходе диалога/дискуссии задавать вопросы по существу обсуждаемой темы и высказывать идеи, нацеленные на решение задачи и поддержание благожелательности общения; </w:t>
      </w:r>
      <w:r w:rsidRPr="003E49D1">
        <w:rPr>
          <w:lang w:val="ru-RU"/>
        </w:rPr>
        <w:br/>
      </w: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сопоставлять свои суждения с суждениями других участников диалога, обнаруживать различие и сходство позиций; </w:t>
      </w:r>
      <w:r w:rsidRPr="003E49D1">
        <w:rPr>
          <w:lang w:val="ru-RU"/>
        </w:rPr>
        <w:br/>
      </w: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публично представлять результаты проведённого языкового анализа, выполненного </w:t>
      </w:r>
      <w:r w:rsidRPr="003E49D1">
        <w:rPr>
          <w:lang w:val="ru-RU"/>
        </w:rPr>
        <w:br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лингвистического эксперимента, исследования, проекта; </w:t>
      </w:r>
      <w:r w:rsidRPr="003E49D1">
        <w:rPr>
          <w:lang w:val="ru-RU"/>
        </w:rPr>
        <w:br/>
      </w: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8E19ED" w:rsidRPr="003E49D1" w:rsidRDefault="003E49D1">
      <w:pPr>
        <w:autoSpaceDE w:val="0"/>
        <w:autoSpaceDN w:val="0"/>
        <w:spacing w:before="70" w:after="0" w:line="262" w:lineRule="auto"/>
        <w:ind w:left="180" w:right="864"/>
        <w:rPr>
          <w:lang w:val="ru-RU"/>
        </w:rPr>
      </w:pP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Совместная деятельность: </w:t>
      </w:r>
      <w:r w:rsidRPr="003E49D1">
        <w:rPr>
          <w:lang w:val="ru-RU"/>
        </w:rPr>
        <w:br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понимать и использовать преимущества командной и ин​дивидуальной работы при решении</w:t>
      </w:r>
    </w:p>
    <w:p w:rsidR="008E19ED" w:rsidRPr="003E49D1" w:rsidRDefault="008E19ED">
      <w:pPr>
        <w:rPr>
          <w:lang w:val="ru-RU"/>
        </w:rPr>
        <w:sectPr w:rsidR="008E19ED" w:rsidRPr="003E49D1">
          <w:pgSz w:w="11900" w:h="16840"/>
          <w:pgMar w:top="310" w:right="670" w:bottom="356" w:left="666" w:header="720" w:footer="720" w:gutter="0"/>
          <w:cols w:space="720" w:equalWidth="0">
            <w:col w:w="10564" w:space="0"/>
          </w:cols>
          <w:docGrid w:linePitch="360"/>
        </w:sectPr>
      </w:pPr>
    </w:p>
    <w:p w:rsidR="008E19ED" w:rsidRPr="003E49D1" w:rsidRDefault="008E19ED">
      <w:pPr>
        <w:autoSpaceDE w:val="0"/>
        <w:autoSpaceDN w:val="0"/>
        <w:spacing w:after="66" w:line="220" w:lineRule="exact"/>
        <w:rPr>
          <w:lang w:val="ru-RU"/>
        </w:rPr>
      </w:pPr>
    </w:p>
    <w:p w:rsidR="008E19ED" w:rsidRPr="003E49D1" w:rsidRDefault="003E49D1">
      <w:pPr>
        <w:tabs>
          <w:tab w:val="left" w:pos="180"/>
        </w:tabs>
        <w:autoSpaceDE w:val="0"/>
        <w:autoSpaceDN w:val="0"/>
        <w:spacing w:after="0" w:line="288" w:lineRule="auto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конкретной проблемы, ​обосновывать необходимость применения групповых форм ​взаимодействия при решении поставленной задачи; </w:t>
      </w:r>
      <w:r w:rsidRPr="003E49D1">
        <w:rPr>
          <w:lang w:val="ru-RU"/>
        </w:rPr>
        <w:br/>
      </w: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совмест​ной работы; уметь обобщать мнения нескольких людей, проявлять готовность руководить, выполнять поручения, подчиняться; </w:t>
      </w:r>
      <w:r w:rsidRPr="003E49D1">
        <w:rPr>
          <w:lang w:val="ru-RU"/>
        </w:rPr>
        <w:br/>
      </w: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иные); </w:t>
      </w: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 </w:t>
      </w:r>
      <w:r w:rsidRPr="003E49D1">
        <w:rPr>
          <w:lang w:val="ru-RU"/>
        </w:rPr>
        <w:br/>
      </w: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качество своего вклада в общий продукт по критериям, самостоятельно </w:t>
      </w:r>
      <w:r w:rsidRPr="003E49D1">
        <w:rPr>
          <w:lang w:val="ru-RU"/>
        </w:rPr>
        <w:br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8E19ED" w:rsidRPr="003E49D1" w:rsidRDefault="003E49D1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3. Овладение универсальными учебными регулятивными действиями </w:t>
      </w:r>
      <w:r w:rsidRPr="003E49D1">
        <w:rPr>
          <w:lang w:val="ru-RU"/>
        </w:rPr>
        <w:br/>
      </w: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Самоорганизация: </w:t>
      </w:r>
      <w:r w:rsidRPr="003E49D1">
        <w:rPr>
          <w:lang w:val="ru-RU"/>
        </w:rPr>
        <w:br/>
      </w: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проблемы для решения в учебных и жизненных ситуациях; </w:t>
      </w:r>
      <w:r w:rsidRPr="003E49D1">
        <w:rPr>
          <w:lang w:val="ru-RU"/>
        </w:rPr>
        <w:br/>
      </w: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ориентироваться в различных подходах к принятию решений (индивидуальное, принятие решения в группе, принятие решения группой); </w:t>
      </w:r>
      <w:r w:rsidRPr="003E49D1">
        <w:rPr>
          <w:lang w:val="ru-RU"/>
        </w:rPr>
        <w:br/>
      </w: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 </w:t>
      </w:r>
      <w:r w:rsidRPr="003E49D1">
        <w:rPr>
          <w:lang w:val="ru-RU"/>
        </w:rPr>
        <w:br/>
      </w: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составлять план действий, вносить необходимые коррективы в ходе его реализации; </w:t>
      </w: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делать выбор и брать ответственность за решение.</w:t>
      </w:r>
    </w:p>
    <w:p w:rsidR="008E19ED" w:rsidRPr="003E49D1" w:rsidRDefault="003E49D1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Самоконтроль: </w:t>
      </w:r>
      <w:r w:rsidRPr="003E49D1">
        <w:rPr>
          <w:lang w:val="ru-RU"/>
        </w:rPr>
        <w:br/>
      </w: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владеть разными способами самоконтроля (в том числе речевого), самомотивации и рефлексии; </w:t>
      </w: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давать адекватную оценку учебной ситуации и предлагать план её изменения; </w:t>
      </w:r>
      <w:r w:rsidRPr="003E49D1">
        <w:rPr>
          <w:lang w:val="ru-RU"/>
        </w:rPr>
        <w:br/>
      </w: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предвидеть трудности, которые могут возникнуть при решении учебной задачи, и адаптировать решение к меняющимся обстоятельствам; </w:t>
      </w:r>
      <w:r w:rsidRPr="003E49D1">
        <w:rPr>
          <w:lang w:val="ru-RU"/>
        </w:rPr>
        <w:br/>
      </w: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объяснять причины достижения (недостижения) результата дея​тельности;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общения.</w:t>
      </w:r>
    </w:p>
    <w:p w:rsidR="008E19ED" w:rsidRPr="003E49D1" w:rsidRDefault="003E49D1">
      <w:pPr>
        <w:tabs>
          <w:tab w:val="left" w:pos="180"/>
        </w:tabs>
        <w:autoSpaceDE w:val="0"/>
        <w:autoSpaceDN w:val="0"/>
        <w:spacing w:before="70" w:after="0"/>
        <w:ind w:right="720"/>
        <w:rPr>
          <w:lang w:val="ru-RU"/>
        </w:rPr>
      </w:pP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Эмоциональный интеллект: </w:t>
      </w:r>
      <w:r w:rsidRPr="003E49D1">
        <w:rPr>
          <w:lang w:val="ru-RU"/>
        </w:rPr>
        <w:br/>
      </w: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развивать способность управлять собственными эмоциями и эмоциями других; </w:t>
      </w:r>
      <w:r w:rsidRPr="003E49D1">
        <w:rPr>
          <w:lang w:val="ru-RU"/>
        </w:rPr>
        <w:br/>
      </w: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эмоций.</w:t>
      </w:r>
    </w:p>
    <w:p w:rsidR="008E19ED" w:rsidRPr="003E49D1" w:rsidRDefault="003E49D1">
      <w:pPr>
        <w:autoSpaceDE w:val="0"/>
        <w:autoSpaceDN w:val="0"/>
        <w:spacing w:before="70" w:after="0" w:line="281" w:lineRule="auto"/>
        <w:ind w:left="180" w:right="4464"/>
        <w:rPr>
          <w:lang w:val="ru-RU"/>
        </w:rPr>
      </w:pP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Принятие себя и других: </w:t>
      </w:r>
      <w:r w:rsidRPr="003E49D1">
        <w:rPr>
          <w:lang w:val="ru-RU"/>
        </w:rPr>
        <w:br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осознанно относиться к другому человеку и его мнению; признавать своё и чужое право на ошибку; </w:t>
      </w:r>
      <w:r w:rsidRPr="003E49D1">
        <w:rPr>
          <w:lang w:val="ru-RU"/>
        </w:rPr>
        <w:br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принимать себя и других, не осуждая; </w:t>
      </w:r>
      <w:r w:rsidRPr="003E49D1">
        <w:rPr>
          <w:lang w:val="ru-RU"/>
        </w:rPr>
        <w:br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открытость; </w:t>
      </w:r>
      <w:r w:rsidRPr="003E49D1">
        <w:rPr>
          <w:lang w:val="ru-RU"/>
        </w:rPr>
        <w:br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осознавать невозможность контролировать всё вокруг.</w:t>
      </w:r>
    </w:p>
    <w:p w:rsidR="008E19ED" w:rsidRPr="003E49D1" w:rsidRDefault="003E49D1">
      <w:pPr>
        <w:autoSpaceDE w:val="0"/>
        <w:autoSpaceDN w:val="0"/>
        <w:spacing w:before="262" w:after="0" w:line="230" w:lineRule="auto"/>
        <w:rPr>
          <w:lang w:val="ru-RU"/>
        </w:rPr>
      </w:pPr>
      <w:r w:rsidRPr="003E49D1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8E19ED" w:rsidRPr="003E49D1" w:rsidRDefault="008E19ED">
      <w:pPr>
        <w:rPr>
          <w:lang w:val="ru-RU"/>
        </w:rPr>
        <w:sectPr w:rsidR="008E19ED" w:rsidRPr="003E49D1">
          <w:pgSz w:w="11900" w:h="16840"/>
          <w:pgMar w:top="286" w:right="686" w:bottom="452" w:left="666" w:header="720" w:footer="720" w:gutter="0"/>
          <w:cols w:space="720" w:equalWidth="0">
            <w:col w:w="10548" w:space="0"/>
          </w:cols>
          <w:docGrid w:linePitch="360"/>
        </w:sectPr>
      </w:pPr>
    </w:p>
    <w:p w:rsidR="008E19ED" w:rsidRPr="003E49D1" w:rsidRDefault="008E19ED">
      <w:pPr>
        <w:autoSpaceDE w:val="0"/>
        <w:autoSpaceDN w:val="0"/>
        <w:spacing w:after="78" w:line="220" w:lineRule="exact"/>
        <w:rPr>
          <w:lang w:val="ru-RU"/>
        </w:rPr>
      </w:pPr>
    </w:p>
    <w:p w:rsidR="008E19ED" w:rsidRPr="003E49D1" w:rsidRDefault="003E49D1">
      <w:pPr>
        <w:tabs>
          <w:tab w:val="left" w:pos="180"/>
        </w:tabs>
        <w:autoSpaceDE w:val="0"/>
        <w:autoSpaceDN w:val="0"/>
        <w:spacing w:after="0" w:line="271" w:lineRule="auto"/>
        <w:ind w:right="144"/>
        <w:rPr>
          <w:lang w:val="ru-RU"/>
        </w:rPr>
      </w:pP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Общие сведения о языке </w:t>
      </w:r>
      <w:r w:rsidRPr="003E49D1">
        <w:rPr>
          <w:lang w:val="ru-RU"/>
        </w:rPr>
        <w:br/>
      </w: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8E19ED" w:rsidRPr="003E49D1" w:rsidRDefault="003E49D1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8E19ED" w:rsidRPr="003E49D1" w:rsidRDefault="003E49D1">
      <w:pPr>
        <w:tabs>
          <w:tab w:val="left" w:pos="180"/>
        </w:tabs>
        <w:autoSpaceDE w:val="0"/>
        <w:autoSpaceDN w:val="0"/>
        <w:spacing w:before="190" w:after="0"/>
        <w:rPr>
          <w:lang w:val="ru-RU"/>
        </w:rPr>
      </w:pP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Язык и речь </w:t>
      </w:r>
      <w:r w:rsidRPr="003E49D1">
        <w:rPr>
          <w:lang w:val="ru-RU"/>
        </w:rPr>
        <w:br/>
      </w: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8E19ED" w:rsidRPr="003E49D1" w:rsidRDefault="003E49D1">
      <w:pPr>
        <w:tabs>
          <w:tab w:val="left" w:pos="180"/>
        </w:tabs>
        <w:autoSpaceDE w:val="0"/>
        <w:autoSpaceDN w:val="0"/>
        <w:spacing w:before="72" w:after="0" w:line="262" w:lineRule="auto"/>
        <w:rPr>
          <w:lang w:val="ru-RU"/>
        </w:rPr>
      </w:pP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8E19ED" w:rsidRPr="003E49D1" w:rsidRDefault="003E49D1">
      <w:pPr>
        <w:tabs>
          <w:tab w:val="left" w:pos="180"/>
        </w:tabs>
        <w:autoSpaceDE w:val="0"/>
        <w:autoSpaceDN w:val="0"/>
        <w:spacing w:before="72" w:after="0" w:line="262" w:lineRule="auto"/>
        <w:ind w:right="432"/>
        <w:rPr>
          <w:lang w:val="ru-RU"/>
        </w:rPr>
      </w:pP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8E19ED" w:rsidRPr="003E49D1" w:rsidRDefault="003E49D1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Владеть различными видами аудирования: выборочным, ​ознакомительным, детальным — научно-учебных и художественных текстов различных функционально-смысловых типов речи.</w:t>
      </w:r>
    </w:p>
    <w:p w:rsidR="008E19ED" w:rsidRPr="003E49D1" w:rsidRDefault="003E49D1">
      <w:pPr>
        <w:autoSpaceDE w:val="0"/>
        <w:autoSpaceDN w:val="0"/>
        <w:spacing w:before="70" w:after="0" w:line="262" w:lineRule="auto"/>
        <w:ind w:left="180" w:right="288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Владеть различными видами чтения: просмотровым, ознакомительным, изучающим, поисковым. Устно пересказывать прочитанный или прослушанный текст объёмом не менее 100 слов.</w:t>
      </w:r>
    </w:p>
    <w:p w:rsidR="008E19ED" w:rsidRPr="003E49D1" w:rsidRDefault="003E49D1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— не менее 110 слов).</w:t>
      </w:r>
    </w:p>
    <w:p w:rsidR="008E19ED" w:rsidRPr="003E49D1" w:rsidRDefault="003E49D1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8E19ED" w:rsidRPr="003E49D1" w:rsidRDefault="003E49D1">
      <w:pPr>
        <w:autoSpaceDE w:val="0"/>
        <w:autoSpaceDN w:val="0"/>
        <w:spacing w:before="70" w:after="0" w:line="281" w:lineRule="auto"/>
        <w:ind w:right="288" w:firstLine="18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90—100 слов; словарного диктанта объёмом 15—20 слов; диктанта на основе связного текста объёмом 90—100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8E19ED" w:rsidRPr="003E49D1" w:rsidRDefault="003E49D1">
      <w:pPr>
        <w:tabs>
          <w:tab w:val="left" w:pos="180"/>
        </w:tabs>
        <w:autoSpaceDE w:val="0"/>
        <w:autoSpaceDN w:val="0"/>
        <w:spacing w:before="192" w:after="0" w:line="281" w:lineRule="auto"/>
        <w:rPr>
          <w:lang w:val="ru-RU"/>
        </w:rPr>
      </w:pP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Текст </w:t>
      </w:r>
      <w:r w:rsidRPr="003E49D1">
        <w:rPr>
          <w:lang w:val="ru-RU"/>
        </w:rPr>
        <w:br/>
      </w: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8E19ED" w:rsidRPr="003E49D1" w:rsidRDefault="003E49D1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8E19ED" w:rsidRPr="003E49D1" w:rsidRDefault="003E49D1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функ​ционально-смысловому типу речи.</w:t>
      </w:r>
    </w:p>
    <w:p w:rsidR="008E19ED" w:rsidRPr="003E49D1" w:rsidRDefault="003E49D1">
      <w:pPr>
        <w:tabs>
          <w:tab w:val="left" w:pos="180"/>
        </w:tabs>
        <w:autoSpaceDE w:val="0"/>
        <w:autoSpaceDN w:val="0"/>
        <w:spacing w:before="70" w:after="0" w:line="271" w:lineRule="auto"/>
        <w:ind w:right="144"/>
        <w:rPr>
          <w:lang w:val="ru-RU"/>
        </w:rPr>
      </w:pP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 </w:t>
      </w: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Применять знание основных признаков текста (повествование) в практике его создания.</w:t>
      </w:r>
    </w:p>
    <w:p w:rsidR="008E19ED" w:rsidRPr="003E49D1" w:rsidRDefault="003E49D1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</w:t>
      </w:r>
    </w:p>
    <w:p w:rsidR="008E19ED" w:rsidRPr="003E49D1" w:rsidRDefault="008E19ED">
      <w:pPr>
        <w:rPr>
          <w:lang w:val="ru-RU"/>
        </w:rPr>
        <w:sectPr w:rsidR="008E19ED" w:rsidRPr="003E49D1">
          <w:pgSz w:w="11900" w:h="16840"/>
          <w:pgMar w:top="298" w:right="674" w:bottom="308" w:left="666" w:header="720" w:footer="720" w:gutter="0"/>
          <w:cols w:space="720" w:equalWidth="0">
            <w:col w:w="10560" w:space="0"/>
          </w:cols>
          <w:docGrid w:linePitch="360"/>
        </w:sectPr>
      </w:pPr>
    </w:p>
    <w:p w:rsidR="008E19ED" w:rsidRPr="003E49D1" w:rsidRDefault="008E19ED">
      <w:pPr>
        <w:autoSpaceDE w:val="0"/>
        <w:autoSpaceDN w:val="0"/>
        <w:spacing w:after="78" w:line="220" w:lineRule="exact"/>
        <w:rPr>
          <w:lang w:val="ru-RU"/>
        </w:rPr>
      </w:pPr>
    </w:p>
    <w:p w:rsidR="008E19ED" w:rsidRPr="003E49D1" w:rsidRDefault="003E49D1">
      <w:pPr>
        <w:autoSpaceDE w:val="0"/>
        <w:autoSpaceDN w:val="0"/>
        <w:spacing w:after="0" w:line="230" w:lineRule="auto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сочинения объёмом не менее 70 слов).</w:t>
      </w:r>
    </w:p>
    <w:p w:rsidR="008E19ED" w:rsidRPr="003E49D1" w:rsidRDefault="003E49D1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Восстанавливать деформированный текст; осуществлять корректировку восстановленного текста с опорой на образец. </w:t>
      </w:r>
    </w:p>
    <w:p w:rsidR="008E19ED" w:rsidRPr="003E49D1" w:rsidRDefault="003E49D1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8E19ED" w:rsidRPr="003E49D1" w:rsidRDefault="003E49D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Представлять сообщение на заданную тему в виде презентации.</w:t>
      </w:r>
    </w:p>
    <w:p w:rsidR="008E19ED" w:rsidRPr="003E49D1" w:rsidRDefault="003E49D1">
      <w:pPr>
        <w:autoSpaceDE w:val="0"/>
        <w:autoSpaceDN w:val="0"/>
        <w:spacing w:before="72" w:after="0" w:line="271" w:lineRule="auto"/>
        <w:ind w:firstLine="18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—</w:t>
      </w:r>
      <w:r w:rsidRPr="003E49D1">
        <w:rPr>
          <w:lang w:val="ru-RU"/>
        </w:rPr>
        <w:br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целостность, связность, информативность).</w:t>
      </w:r>
    </w:p>
    <w:p w:rsidR="008E19ED" w:rsidRPr="003E49D1" w:rsidRDefault="003E49D1">
      <w:pPr>
        <w:tabs>
          <w:tab w:val="left" w:pos="180"/>
        </w:tabs>
        <w:autoSpaceDE w:val="0"/>
        <w:autoSpaceDN w:val="0"/>
        <w:spacing w:before="70" w:after="0" w:line="271" w:lineRule="auto"/>
        <w:ind w:right="432"/>
        <w:rPr>
          <w:lang w:val="ru-RU"/>
        </w:rPr>
      </w:pP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Функциональные разновидности языка </w:t>
      </w:r>
      <w:r w:rsidRPr="003E49D1">
        <w:rPr>
          <w:lang w:val="ru-RU"/>
        </w:rPr>
        <w:br/>
      </w: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8E19ED" w:rsidRPr="003E49D1" w:rsidRDefault="003E49D1">
      <w:pPr>
        <w:tabs>
          <w:tab w:val="left" w:pos="180"/>
        </w:tabs>
        <w:autoSpaceDE w:val="0"/>
        <w:autoSpaceDN w:val="0"/>
        <w:spacing w:before="190" w:after="0"/>
        <w:ind w:right="720"/>
        <w:rPr>
          <w:lang w:val="ru-RU"/>
        </w:rPr>
      </w:pP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Система языка </w:t>
      </w:r>
      <w:r w:rsidRPr="003E49D1">
        <w:rPr>
          <w:lang w:val="ru-RU"/>
        </w:rPr>
        <w:br/>
      </w: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Фонетика. Графика. Орфоэпия </w:t>
      </w:r>
      <w:r w:rsidRPr="003E49D1">
        <w:rPr>
          <w:lang w:val="ru-RU"/>
        </w:rPr>
        <w:br/>
      </w: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8E19ED" w:rsidRPr="003E49D1" w:rsidRDefault="003E49D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Проводить фонетический анализ слов.</w:t>
      </w:r>
    </w:p>
    <w:p w:rsidR="008E19ED" w:rsidRPr="003E49D1" w:rsidRDefault="003E49D1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8E19ED" w:rsidRPr="003E49D1" w:rsidRDefault="003E49D1">
      <w:pPr>
        <w:tabs>
          <w:tab w:val="left" w:pos="180"/>
        </w:tabs>
        <w:autoSpaceDE w:val="0"/>
        <w:autoSpaceDN w:val="0"/>
        <w:spacing w:before="70" w:after="0" w:line="271" w:lineRule="auto"/>
        <w:ind w:right="576"/>
        <w:rPr>
          <w:lang w:val="ru-RU"/>
        </w:rPr>
      </w:pP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Орфография </w:t>
      </w:r>
      <w:r w:rsidRPr="003E49D1">
        <w:rPr>
          <w:lang w:val="ru-RU"/>
        </w:rPr>
        <w:br/>
      </w: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8E19ED" w:rsidRPr="003E49D1" w:rsidRDefault="003E49D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Распознавать изученные орфограммы.</w:t>
      </w:r>
    </w:p>
    <w:p w:rsidR="008E19ED" w:rsidRPr="003E49D1" w:rsidRDefault="003E49D1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ъ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ь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8E19ED" w:rsidRPr="003E49D1" w:rsidRDefault="003E49D1">
      <w:pPr>
        <w:tabs>
          <w:tab w:val="left" w:pos="180"/>
        </w:tabs>
        <w:autoSpaceDE w:val="0"/>
        <w:autoSpaceDN w:val="0"/>
        <w:spacing w:before="70" w:after="0" w:line="278" w:lineRule="auto"/>
        <w:ind w:right="144"/>
        <w:rPr>
          <w:lang w:val="ru-RU"/>
        </w:rPr>
      </w:pP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Лексикология </w:t>
      </w:r>
      <w:r w:rsidRPr="003E49D1">
        <w:rPr>
          <w:lang w:val="ru-RU"/>
        </w:rPr>
        <w:br/>
      </w: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 </w:t>
      </w: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8E19ED" w:rsidRPr="003E49D1" w:rsidRDefault="003E49D1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8E19ED" w:rsidRPr="003E49D1" w:rsidRDefault="003E49D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тематические группы слов, родовые и видовые понятия.</w:t>
      </w:r>
    </w:p>
    <w:p w:rsidR="008E19ED" w:rsidRPr="003E49D1" w:rsidRDefault="003E49D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Проводить лексический анализ слов (в рамках изученного).</w:t>
      </w:r>
    </w:p>
    <w:p w:rsidR="008E19ED" w:rsidRPr="003E49D1" w:rsidRDefault="003E49D1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Уметь пользоваться лексическими словарями (толковым словарём, словарями синонимов, антонимов, омонимов, паро​нимов).</w:t>
      </w:r>
    </w:p>
    <w:p w:rsidR="008E19ED" w:rsidRPr="003E49D1" w:rsidRDefault="003E49D1">
      <w:pPr>
        <w:autoSpaceDE w:val="0"/>
        <w:autoSpaceDN w:val="0"/>
        <w:spacing w:before="70" w:after="0" w:line="262" w:lineRule="auto"/>
        <w:ind w:left="180" w:right="2880"/>
        <w:rPr>
          <w:lang w:val="ru-RU"/>
        </w:rPr>
      </w:pPr>
      <w:r w:rsidRPr="003E49D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Морфемика. Орфография </w:t>
      </w:r>
      <w:r w:rsidRPr="003E49D1">
        <w:rPr>
          <w:lang w:val="ru-RU"/>
        </w:rPr>
        <w:br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морфему как минимальную значимую единицу языка.</w:t>
      </w:r>
    </w:p>
    <w:p w:rsidR="008E19ED" w:rsidRPr="003E49D1" w:rsidRDefault="003E49D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8E19ED" w:rsidRPr="003E49D1" w:rsidRDefault="003E49D1">
      <w:pPr>
        <w:autoSpaceDE w:val="0"/>
        <w:autoSpaceDN w:val="0"/>
        <w:spacing w:before="70" w:after="0" w:line="262" w:lineRule="auto"/>
        <w:ind w:left="180" w:right="72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Находить чередование звуков в морфемах (в том числе чередование гласных с нулём звука). Проводить морфемный анализ слов.</w:t>
      </w:r>
    </w:p>
    <w:p w:rsidR="008E19ED" w:rsidRPr="003E49D1" w:rsidRDefault="003E49D1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— и после приставок; корней с</w:t>
      </w:r>
    </w:p>
    <w:p w:rsidR="008E19ED" w:rsidRPr="003E49D1" w:rsidRDefault="008E19ED">
      <w:pPr>
        <w:rPr>
          <w:lang w:val="ru-RU"/>
        </w:rPr>
        <w:sectPr w:rsidR="008E19ED" w:rsidRPr="003E49D1">
          <w:pgSz w:w="11900" w:h="16840"/>
          <w:pgMar w:top="298" w:right="718" w:bottom="368" w:left="666" w:header="720" w:footer="720" w:gutter="0"/>
          <w:cols w:space="720" w:equalWidth="0">
            <w:col w:w="10516" w:space="0"/>
          </w:cols>
          <w:docGrid w:linePitch="360"/>
        </w:sectPr>
      </w:pPr>
    </w:p>
    <w:p w:rsidR="008E19ED" w:rsidRPr="003E49D1" w:rsidRDefault="008E19ED">
      <w:pPr>
        <w:autoSpaceDE w:val="0"/>
        <w:autoSpaceDN w:val="0"/>
        <w:spacing w:after="66" w:line="220" w:lineRule="exact"/>
        <w:rPr>
          <w:lang w:val="ru-RU"/>
        </w:rPr>
      </w:pPr>
    </w:p>
    <w:p w:rsidR="008E19ED" w:rsidRPr="003E49D1" w:rsidRDefault="003E49D1">
      <w:pPr>
        <w:autoSpaceDE w:val="0"/>
        <w:autoSpaceDN w:val="0"/>
        <w:spacing w:after="0" w:line="271" w:lineRule="auto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—о после шипящих в корне слова; 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ы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 после 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8E19ED" w:rsidRPr="003E49D1" w:rsidRDefault="003E49D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Уместно использовать слова с суффиксами оценки в собственной речи.</w:t>
      </w:r>
    </w:p>
    <w:p w:rsidR="008E19ED" w:rsidRPr="003E49D1" w:rsidRDefault="003E49D1">
      <w:pPr>
        <w:tabs>
          <w:tab w:val="left" w:pos="180"/>
        </w:tabs>
        <w:autoSpaceDE w:val="0"/>
        <w:autoSpaceDN w:val="0"/>
        <w:spacing w:before="70" w:after="0"/>
        <w:ind w:right="432"/>
        <w:rPr>
          <w:lang w:val="ru-RU"/>
        </w:rPr>
      </w:pP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Морфология. Культура речи. Орфография </w:t>
      </w:r>
      <w:r w:rsidRPr="003E49D1">
        <w:rPr>
          <w:lang w:val="ru-RU"/>
        </w:rPr>
        <w:br/>
      </w: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Применять знания о частях речи как лексико-грамматических разрядах слов, о грамматическом значении слова, о сис​теме частей речи в русском языке для решения практико-ориентированных учебных задач.</w:t>
      </w:r>
    </w:p>
    <w:p w:rsidR="008E19ED" w:rsidRPr="003E49D1" w:rsidRDefault="003E49D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Распознавать имена существительные, имена прилагательные, глаголы.</w:t>
      </w:r>
    </w:p>
    <w:p w:rsidR="008E19ED" w:rsidRPr="003E49D1" w:rsidRDefault="003E49D1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8E19ED" w:rsidRPr="003E49D1" w:rsidRDefault="003E49D1">
      <w:pPr>
        <w:tabs>
          <w:tab w:val="left" w:pos="180"/>
        </w:tabs>
        <w:autoSpaceDE w:val="0"/>
        <w:autoSpaceDN w:val="0"/>
        <w:spacing w:before="72" w:after="0" w:line="262" w:lineRule="auto"/>
        <w:rPr>
          <w:lang w:val="ru-RU"/>
        </w:rPr>
      </w:pP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8E19ED" w:rsidRPr="003E49D1" w:rsidRDefault="003E49D1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Имя существительное </w:t>
      </w:r>
      <w:r w:rsidRPr="003E49D1">
        <w:rPr>
          <w:lang w:val="ru-RU"/>
        </w:rPr>
        <w:br/>
      </w: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8E19ED" w:rsidRPr="003E49D1" w:rsidRDefault="003E49D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Определять лексико-грамматические разряды имён существительных.</w:t>
      </w:r>
    </w:p>
    <w:p w:rsidR="008E19ED" w:rsidRPr="003E49D1" w:rsidRDefault="003E49D1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8E19ED" w:rsidRPr="003E49D1" w:rsidRDefault="003E49D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Проводить морфологический анализ имён существительных.</w:t>
      </w:r>
    </w:p>
    <w:p w:rsidR="008E19ED" w:rsidRPr="003E49D1" w:rsidRDefault="003E49D1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8E19ED" w:rsidRPr="003E49D1" w:rsidRDefault="003E49D1">
      <w:pPr>
        <w:autoSpaceDE w:val="0"/>
        <w:autoSpaceDN w:val="0"/>
        <w:spacing w:before="70" w:after="0" w:line="281" w:lineRule="auto"/>
        <w:ind w:right="288" w:firstLine="18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нормы правописания имён существительных: безударных окончаний; 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ё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) после шипящих и 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 в суффиксах и окончаниях; суффиксов </w:t>
      </w:r>
      <w:r w:rsidRPr="003E49D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чик</w:t>
      </w:r>
      <w:r w:rsidRPr="003E49D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3E49D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щик</w:t>
      </w:r>
      <w:r w:rsidRPr="003E49D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3E49D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ек</w:t>
      </w:r>
      <w:r w:rsidRPr="003E49D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3E49D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ик</w:t>
      </w:r>
      <w:r w:rsidRPr="003E49D1">
        <w:rPr>
          <w:rFonts w:ascii="Times New Roman" w:eastAsia="Times New Roman" w:hAnsi="Times New Roman"/>
          <w:b/>
          <w:color w:val="000000"/>
          <w:sz w:val="24"/>
          <w:lang w:val="ru-RU"/>
        </w:rPr>
        <w:t>- (-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чик</w:t>
      </w:r>
      <w:r w:rsidRPr="003E49D1">
        <w:rPr>
          <w:rFonts w:ascii="Times New Roman" w:eastAsia="Times New Roman" w:hAnsi="Times New Roman"/>
          <w:b/>
          <w:color w:val="000000"/>
          <w:sz w:val="24"/>
          <w:lang w:val="ru-RU"/>
        </w:rPr>
        <w:t>-);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 корней с чередованием 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//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: </w:t>
      </w:r>
      <w:r w:rsidRPr="003E49D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лаг</w:t>
      </w:r>
      <w:r w:rsidRPr="003E49D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3E49D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лож</w:t>
      </w:r>
      <w:r w:rsidRPr="003E49D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3E49D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раст</w:t>
      </w:r>
      <w:r w:rsidRPr="003E49D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3E49D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ращ</w:t>
      </w:r>
      <w:r w:rsidRPr="003E49D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3E49D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рос</w:t>
      </w:r>
      <w:r w:rsidRPr="003E49D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3E49D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гар</w:t>
      </w:r>
      <w:r w:rsidRPr="003E49D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3E49D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гор</w:t>
      </w:r>
      <w:r w:rsidRPr="003E49D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3E49D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зар</w:t>
      </w:r>
      <w:r w:rsidRPr="003E49D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3E49D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зор</w:t>
      </w:r>
      <w:r w:rsidRPr="003E49D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-клан-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-клон-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-скак-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-скоч-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; употребления/неупотребления 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ь 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на конце имён существительных после шипящих; слитное и раздельное написание 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не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8E19ED" w:rsidRPr="003E49D1" w:rsidRDefault="003E49D1">
      <w:pPr>
        <w:tabs>
          <w:tab w:val="left" w:pos="180"/>
        </w:tabs>
        <w:autoSpaceDE w:val="0"/>
        <w:autoSpaceDN w:val="0"/>
        <w:spacing w:before="70" w:after="0"/>
        <w:rPr>
          <w:lang w:val="ru-RU"/>
        </w:rPr>
      </w:pP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Имя прилагательное </w:t>
      </w:r>
      <w:r w:rsidRPr="003E49D1">
        <w:rPr>
          <w:lang w:val="ru-RU"/>
        </w:rPr>
        <w:br/>
      </w: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8E19ED" w:rsidRPr="003E49D1" w:rsidRDefault="003E49D1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Проводить частичный морфологический анализ имён прилагательных (в рамках изученного).</w:t>
      </w:r>
    </w:p>
    <w:p w:rsidR="008E19ED" w:rsidRPr="003E49D1" w:rsidRDefault="003E49D1">
      <w:pPr>
        <w:tabs>
          <w:tab w:val="left" w:pos="180"/>
        </w:tabs>
        <w:autoSpaceDE w:val="0"/>
        <w:autoSpaceDN w:val="0"/>
        <w:spacing w:before="72" w:after="0" w:line="262" w:lineRule="auto"/>
        <w:ind w:right="864"/>
        <w:rPr>
          <w:lang w:val="ru-RU"/>
        </w:rPr>
      </w:pP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Соблюдать нормы словоизменения, произношения имён прилагательных, постановки в них ударения (в рамках изучен​ного).</w:t>
      </w:r>
    </w:p>
    <w:p w:rsidR="008E19ED" w:rsidRPr="003E49D1" w:rsidRDefault="003E49D1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нормы правописания имён прилагательных: безударных окончаний; 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 после шипящих и 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 в суффиксах и окончаниях; кратких форм имён прилагательных с основой на шипящие; нормы слитного и раздельного написания 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не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 с именами прилагательными.</w:t>
      </w:r>
    </w:p>
    <w:p w:rsidR="008E19ED" w:rsidRPr="003E49D1" w:rsidRDefault="003E49D1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Глагол </w:t>
      </w:r>
      <w:r w:rsidRPr="003E49D1">
        <w:rPr>
          <w:lang w:val="ru-RU"/>
        </w:rPr>
        <w:br/>
      </w: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8E19ED" w:rsidRPr="003E49D1" w:rsidRDefault="003E49D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Различать глаголы совершенного и несовершенного вида, возвратные и невозвратные.</w:t>
      </w:r>
    </w:p>
    <w:p w:rsidR="008E19ED" w:rsidRPr="003E49D1" w:rsidRDefault="003E49D1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8E19ED" w:rsidRPr="003E49D1" w:rsidRDefault="003E49D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Определять спряжение глагола, уметь спрягать глаголы.</w:t>
      </w:r>
    </w:p>
    <w:p w:rsidR="008E19ED" w:rsidRPr="003E49D1" w:rsidRDefault="003E49D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Проводить частичный морфологический анализ глаголов (в рамках изученного).</w:t>
      </w:r>
    </w:p>
    <w:p w:rsidR="008E19ED" w:rsidRPr="003E49D1" w:rsidRDefault="008E19ED">
      <w:pPr>
        <w:rPr>
          <w:lang w:val="ru-RU"/>
        </w:rPr>
        <w:sectPr w:rsidR="008E19ED" w:rsidRPr="003E49D1">
          <w:pgSz w:w="11900" w:h="16840"/>
          <w:pgMar w:top="286" w:right="670" w:bottom="438" w:left="666" w:header="720" w:footer="720" w:gutter="0"/>
          <w:cols w:space="720" w:equalWidth="0">
            <w:col w:w="10564" w:space="0"/>
          </w:cols>
          <w:docGrid w:linePitch="360"/>
        </w:sectPr>
      </w:pPr>
    </w:p>
    <w:p w:rsidR="008E19ED" w:rsidRPr="003E49D1" w:rsidRDefault="008E19ED">
      <w:pPr>
        <w:autoSpaceDE w:val="0"/>
        <w:autoSpaceDN w:val="0"/>
        <w:spacing w:after="78" w:line="220" w:lineRule="exact"/>
        <w:rPr>
          <w:lang w:val="ru-RU"/>
        </w:rPr>
      </w:pPr>
    </w:p>
    <w:p w:rsidR="008E19ED" w:rsidRPr="003E49D1" w:rsidRDefault="003E49D1">
      <w:pPr>
        <w:tabs>
          <w:tab w:val="left" w:pos="180"/>
        </w:tabs>
        <w:autoSpaceDE w:val="0"/>
        <w:autoSpaceDN w:val="0"/>
        <w:spacing w:after="0" w:line="262" w:lineRule="auto"/>
        <w:ind w:right="144"/>
        <w:rPr>
          <w:lang w:val="ru-RU"/>
        </w:rPr>
      </w:pP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8E19ED" w:rsidRPr="003E49D1" w:rsidRDefault="003E49D1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нормы правописания глаголов: корней с чередованием 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// 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; использования 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ь 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-тся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-ться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 в глаголах; суффиксов 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-ова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-— -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ева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-, 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-ыва-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-ива-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; личных окончаний глагола, гласной перед суффиксом 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-л-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 в формах прошедшего времени глагола; слитного и раздельного написания 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не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 с глаголами.</w:t>
      </w:r>
    </w:p>
    <w:p w:rsidR="008E19ED" w:rsidRPr="003E49D1" w:rsidRDefault="003E49D1">
      <w:pPr>
        <w:tabs>
          <w:tab w:val="left" w:pos="180"/>
        </w:tabs>
        <w:autoSpaceDE w:val="0"/>
        <w:autoSpaceDN w:val="0"/>
        <w:spacing w:before="70" w:after="0" w:line="281" w:lineRule="auto"/>
        <w:ind w:right="432"/>
        <w:rPr>
          <w:lang w:val="ru-RU"/>
        </w:rPr>
      </w:pP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Синтаксис. Культура речи. Пунктуация </w:t>
      </w:r>
      <w:r w:rsidRPr="003E49D1">
        <w:rPr>
          <w:lang w:val="ru-RU"/>
        </w:rPr>
        <w:br/>
      </w:r>
      <w:r w:rsidRPr="003E49D1">
        <w:rPr>
          <w:lang w:val="ru-RU"/>
        </w:rPr>
        <w:tab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8E19ED" w:rsidRPr="003E49D1" w:rsidRDefault="003E49D1">
      <w:pPr>
        <w:autoSpaceDE w:val="0"/>
        <w:autoSpaceDN w:val="0"/>
        <w:spacing w:before="70" w:after="0" w:line="288" w:lineRule="auto"/>
        <w:ind w:firstLine="18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Распознавать словосочетания по морфологическим свойствам главного слова (именные, глагольные, наречные); простые нео​сложнённые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</w:t>
      </w:r>
      <w:r w:rsidRPr="003E49D1">
        <w:rPr>
          <w:lang w:val="ru-RU"/>
        </w:rPr>
        <w:br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</w:t>
      </w:r>
      <w:r w:rsidRPr="003E49D1">
        <w:rPr>
          <w:lang w:val="ru-RU"/>
        </w:rPr>
        <w:br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морфологические средства выражения второстепенных членов предложения (в рамках изученного).</w:t>
      </w:r>
    </w:p>
    <w:p w:rsidR="008E19ED" w:rsidRPr="003E49D1" w:rsidRDefault="003E49D1">
      <w:pPr>
        <w:autoSpaceDE w:val="0"/>
        <w:autoSpaceDN w:val="0"/>
        <w:spacing w:before="70" w:after="0" w:line="281" w:lineRule="auto"/>
        <w:ind w:right="576" w:firstLine="180"/>
        <w:rPr>
          <w:lang w:val="ru-RU"/>
        </w:rPr>
      </w:pP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на письме пунктуационные нормы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, союзами 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но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однако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зато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да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 (в значении 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), 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да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 (в значении 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но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но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однако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зато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3E49D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да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; оформлять на письме диалог.</w:t>
      </w:r>
    </w:p>
    <w:p w:rsidR="008E19ED" w:rsidRPr="003E49D1" w:rsidRDefault="008E19ED">
      <w:pPr>
        <w:rPr>
          <w:lang w:val="ru-RU"/>
        </w:rPr>
        <w:sectPr w:rsidR="008E19ED" w:rsidRPr="003E49D1">
          <w:pgSz w:w="11900" w:h="16840"/>
          <w:pgMar w:top="298" w:right="668" w:bottom="1440" w:left="666" w:header="720" w:footer="720" w:gutter="0"/>
          <w:cols w:space="720" w:equalWidth="0">
            <w:col w:w="10566" w:space="0"/>
          </w:cols>
          <w:docGrid w:linePitch="360"/>
        </w:sectPr>
      </w:pPr>
    </w:p>
    <w:p w:rsidR="008E19ED" w:rsidRPr="003E49D1" w:rsidRDefault="008E19ED">
      <w:pPr>
        <w:autoSpaceDE w:val="0"/>
        <w:autoSpaceDN w:val="0"/>
        <w:spacing w:after="64" w:line="220" w:lineRule="exact"/>
        <w:rPr>
          <w:lang w:val="ru-RU"/>
        </w:rPr>
      </w:pPr>
    </w:p>
    <w:p w:rsidR="008E19ED" w:rsidRDefault="003E49D1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882"/>
        <w:gridCol w:w="528"/>
        <w:gridCol w:w="1106"/>
        <w:gridCol w:w="1140"/>
        <w:gridCol w:w="864"/>
        <w:gridCol w:w="5896"/>
        <w:gridCol w:w="1236"/>
        <w:gridCol w:w="1382"/>
      </w:tblGrid>
      <w:tr w:rsidR="008E19ED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28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 часов</w:t>
            </w:r>
          </w:p>
        </w:tc>
        <w:tc>
          <w:tcPr>
            <w:tcW w:w="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58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Виды, формы контроля</w:t>
            </w:r>
          </w:p>
        </w:tc>
        <w:tc>
          <w:tcPr>
            <w:tcW w:w="1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Электронные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(цифровые)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образовательные ресурсы</w:t>
            </w:r>
          </w:p>
        </w:tc>
      </w:tr>
      <w:tr w:rsidR="008E19ED">
        <w:trPr>
          <w:trHeight w:hRule="exact" w:val="576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9ED" w:rsidRDefault="008E19ED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9ED" w:rsidRDefault="008E19ED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45" w:lineRule="auto"/>
              <w:ind w:left="6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9ED" w:rsidRDefault="008E19ED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9ED" w:rsidRDefault="008E19ED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9ED" w:rsidRDefault="008E19ED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9ED" w:rsidRDefault="008E19ED"/>
        </w:tc>
      </w:tr>
      <w:tr w:rsidR="008E19ED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Раздел 1. ПОВТОРЕНИЕ </w:t>
            </w:r>
          </w:p>
        </w:tc>
      </w:tr>
      <w:tr w:rsidR="008E19ED">
        <w:trPr>
          <w:trHeight w:hRule="exact" w:val="542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28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Повторение пройденного материала.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6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01.09.2022 07.09.2022</w:t>
            </w:r>
          </w:p>
        </w:tc>
        <w:tc>
          <w:tcPr>
            <w:tcW w:w="58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Выполнять фонетический. морфемный, морфологический и синтасксические разборы в устной и письменной форме.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</w:t>
            </w:r>
          </w:p>
        </w:tc>
      </w:tr>
      <w:tr w:rsidR="008E19ED">
        <w:trPr>
          <w:trHeight w:hRule="exact" w:val="348"/>
        </w:trPr>
        <w:tc>
          <w:tcPr>
            <w:tcW w:w="3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E19ED" w:rsidRDefault="008E19ED"/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8E19ED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8E19ED"/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8E19ED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8E19ED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8E19ED"/>
        </w:tc>
      </w:tr>
      <w:tr w:rsidR="008E19ED" w:rsidRPr="001074F5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Раздел 2. ОБЩИЕ  СВЕДЕНИЯ  О  ЯЗЫКЕ </w:t>
            </w:r>
          </w:p>
        </w:tc>
      </w:tr>
      <w:tr w:rsidR="008E19ED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Богатство и выразительность русского языка.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08.09.2022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76" w:after="0" w:line="252" w:lineRule="auto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</w:t>
            </w: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амостоятельно формулировать обобщения и выводы о словарном богатстве русского языка;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язык как систему знаков и как средство человеческого общения; Выявлять и сравнивать основные единицы языка и речи (в пределах изученного в начальной школе);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6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реш.еду</w:t>
            </w:r>
          </w:p>
        </w:tc>
      </w:tr>
      <w:tr w:rsidR="008E19ED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Лингвистика как наука о языке.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09.09.2022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Характеризовать основные разделы лингвистики;;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реш.еду</w:t>
            </w:r>
          </w:p>
        </w:tc>
      </w:tr>
      <w:tr w:rsidR="008E19ED">
        <w:trPr>
          <w:trHeight w:hRule="exact" w:val="348"/>
        </w:trPr>
        <w:tc>
          <w:tcPr>
            <w:tcW w:w="3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8E19ED"/>
        </w:tc>
      </w:tr>
      <w:tr w:rsidR="008E19ED">
        <w:trPr>
          <w:trHeight w:hRule="exact" w:val="350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Раздел 3. ЯЗЫК И  РЕЧЬ </w:t>
            </w:r>
          </w:p>
        </w:tc>
      </w:tr>
      <w:tr w:rsidR="008E19ED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6" w:after="0" w:line="233" w:lineRule="auto"/>
              <w:jc w:val="center"/>
            </w:pP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Язык и речь. Монолог. Диалог.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Полилог.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12.09.2022 14.09.2022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Создавать устные монологические высказывания на основе жизненных наблюдений; чтения научно-учебной;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художественной и научно-популярной литературы;;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6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реш.еду</w:t>
            </w:r>
          </w:p>
        </w:tc>
      </w:tr>
      <w:tr w:rsidR="008E19ED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Речь как деятельность.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15.09.2022 18.09.2022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76" w:after="0" w:line="252" w:lineRule="auto"/>
              <w:ind w:left="72" w:right="1584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Устно пересказывать прочитанный или прослушанный текст; в том числе с изменением лица рассказчика;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содержание исходного текста;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подробно и сжато передавать его в письменной форме;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6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реш.еду</w:t>
            </w:r>
          </w:p>
        </w:tc>
      </w:tr>
      <w:tr w:rsidR="008E19ED">
        <w:trPr>
          <w:trHeight w:hRule="exact" w:val="348"/>
        </w:trPr>
        <w:tc>
          <w:tcPr>
            <w:tcW w:w="3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8E19ED"/>
        </w:tc>
      </w:tr>
      <w:tr w:rsidR="008E19ED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4. ТЕКСТ</w:t>
            </w:r>
          </w:p>
        </w:tc>
      </w:tr>
      <w:tr w:rsidR="008E19ED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Текст и его основные признаки.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20.09.2022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78" w:after="0" w:line="245" w:lineRule="auto"/>
              <w:ind w:left="72" w:right="1728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основные признаки текста;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Членить текст на композиционносмысловые части (абзацы);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</w:t>
            </w:r>
          </w:p>
        </w:tc>
      </w:tr>
      <w:tr w:rsidR="008E19ED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Композиционная структура текста.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21.09.2022 22.09.2022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76" w:after="0" w:line="245" w:lineRule="auto"/>
              <w:ind w:left="72" w:right="1728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основные признаки текста;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Членить текст на композиционносмысловые части (абзацы);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6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</w:t>
            </w:r>
          </w:p>
        </w:tc>
      </w:tr>
      <w:tr w:rsidR="008E19ED">
        <w:trPr>
          <w:trHeight w:hRule="exact" w:val="71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4.3.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Функциональносмысловые типы речи.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23.09.2022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Создавать тексты функционально-смыслового типа речи (повествование) с опорой на жизненный и читательский опыт; тексты с опорой на сюжетную картину;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6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</w:t>
            </w:r>
          </w:p>
        </w:tc>
      </w:tr>
    </w:tbl>
    <w:p w:rsidR="008E19ED" w:rsidRDefault="008E19ED">
      <w:pPr>
        <w:autoSpaceDE w:val="0"/>
        <w:autoSpaceDN w:val="0"/>
        <w:spacing w:after="0" w:line="14" w:lineRule="exact"/>
      </w:pPr>
    </w:p>
    <w:p w:rsidR="008E19ED" w:rsidRDefault="008E19ED">
      <w:pPr>
        <w:sectPr w:rsidR="008E19ED">
          <w:pgSz w:w="16840" w:h="11900"/>
          <w:pgMar w:top="282" w:right="640" w:bottom="33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8E19ED" w:rsidRDefault="008E19ED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882"/>
        <w:gridCol w:w="528"/>
        <w:gridCol w:w="1106"/>
        <w:gridCol w:w="1140"/>
        <w:gridCol w:w="864"/>
        <w:gridCol w:w="5896"/>
        <w:gridCol w:w="1236"/>
        <w:gridCol w:w="1382"/>
      </w:tblGrid>
      <w:tr w:rsidR="008E19ED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4.4.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Повествование как тип речи. Рассказ.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26.09.2022 28.09.2022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Создавать тексты, опираясь на знание основных признаков текста, особенностей функционально-смысловых типов речи, функциональных разновидностей языка (в рамках изученного);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Создавать тексты функционально-смыслового типа речи (повествование) с опорой на жизненный и читательский опыт; тексты с опорой на сюжетную картину;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</w:t>
            </w:r>
          </w:p>
        </w:tc>
      </w:tr>
      <w:tr w:rsidR="008E19ED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4.5.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Смысловой анализ текста.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29.09.2022 30.09.2022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Восстанавливать деформированный текст, корректировать восстановленный текст с опорой на образец;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Составлять план текста (простой, сложный) и пересказывать его содержание по плану в устной и письменной форме, в том числе с изменением лица рассказчика;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</w:t>
            </w:r>
          </w:p>
        </w:tc>
      </w:tr>
      <w:tr w:rsidR="008E19ED">
        <w:trPr>
          <w:trHeight w:hRule="exact" w:val="15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4.6.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Информационная переработка текста. Редактирование текста.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03.10.2022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Создавать тексты, опираясь на знание основных признаков текста, особенностей функционально-смысловых типов речи, функциональных разновидностей языка (в рамках изученного);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Создавать тексты функционально-смыслового типа речи (повествование) с опорой на жизненный и читательский опыт; тексты с опорой на сюжетную картину;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Восстанавливать деформированный текст, корректировать восстановленный текст с опорой на образец;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</w:t>
            </w:r>
          </w:p>
        </w:tc>
      </w:tr>
      <w:tr w:rsidR="008E19ED">
        <w:trPr>
          <w:trHeight w:hRule="exact" w:val="348"/>
        </w:trPr>
        <w:tc>
          <w:tcPr>
            <w:tcW w:w="3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8E19ED"/>
        </w:tc>
      </w:tr>
      <w:tr w:rsidR="008E19ED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5. ФУНКЦИОНАЛЬНЫЕ  РАЗНОВИДНОСТИ  ЯЗЫКА</w:t>
            </w:r>
          </w:p>
        </w:tc>
      </w:tr>
      <w:tr w:rsidR="008E19ED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04.10.2022 05.10.2022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78" w:after="0" w:line="247" w:lineRule="auto"/>
              <w:ind w:left="72" w:right="288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тексты, принадлежащие к разным функциональным разновидностям языка: определять сферу использования и соотносить её с той или иной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разновидностью языка;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</w:t>
            </w:r>
          </w:p>
        </w:tc>
      </w:tr>
      <w:tr w:rsidR="008E19ED">
        <w:trPr>
          <w:trHeight w:hRule="exact" w:val="350"/>
        </w:trPr>
        <w:tc>
          <w:tcPr>
            <w:tcW w:w="3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8E19ED"/>
        </w:tc>
      </w:tr>
      <w:tr w:rsidR="008E19ED">
        <w:trPr>
          <w:trHeight w:hRule="exact" w:val="348"/>
        </w:trPr>
        <w:tc>
          <w:tcPr>
            <w:tcW w:w="15502" w:type="dxa"/>
            <w:gridSpan w:val="9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Раздел 6. СИСТЕМА ЯЗЫКА </w:t>
            </w:r>
          </w:p>
        </w:tc>
      </w:tr>
      <w:tr w:rsidR="008E19ED">
        <w:trPr>
          <w:trHeight w:hRule="exact" w:val="188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6.1.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Фонетика. Графика. Орфоэпия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06.10.2022 14.10.2022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смыслоразличительную функцию звука речи в слове; приводить примеры; Распознавать звуки речи по заданным характеристикам;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звуковой состав слова;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Классифицировать звуки по заданным признакам;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Различать ударные и безударные гласные, звонкие и глухие, твёрдые и мягкие согласные;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с помощью элементов транскрипции особенности произношения и написания слов;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Сравнивать звуковой и буквенный составы слова;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6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</w:t>
            </w:r>
          </w:p>
        </w:tc>
      </w:tr>
      <w:tr w:rsidR="008E19ED">
        <w:trPr>
          <w:trHeight w:hRule="exact" w:val="13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6.2.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Орфография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17.10.2022 18.10.2022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Оперировать понятием «орфограмма» и различать буквенные и небуквенные орфограммы при проведении орфографического анализа слова;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изученные орфограммы;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Применять знания по орфографии в практике правописания (в том числе применять знания о правописании разделительных ъ и ь);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Находить и использовать необходимую информацию;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</w:t>
            </w:r>
          </w:p>
        </w:tc>
      </w:tr>
      <w:tr w:rsidR="008E19ED">
        <w:trPr>
          <w:trHeight w:hRule="exact" w:val="180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6.3.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Лексикология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19.10.2022 14.11.2022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словаря);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однозначные и многозначные слова, различать прямое и переносное значения слова;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Сравнивать прямое и переносное значения слова по заданному признаку;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синонимы, антонимы, омонимы;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Различать многозначные слова и омонимы;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Устный опрос; сочинение;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</w:t>
            </w:r>
          </w:p>
        </w:tc>
      </w:tr>
    </w:tbl>
    <w:p w:rsidR="008E19ED" w:rsidRDefault="008E19ED">
      <w:pPr>
        <w:autoSpaceDE w:val="0"/>
        <w:autoSpaceDN w:val="0"/>
        <w:spacing w:after="0" w:line="14" w:lineRule="exact"/>
      </w:pPr>
    </w:p>
    <w:p w:rsidR="008E19ED" w:rsidRDefault="008E19ED">
      <w:pPr>
        <w:sectPr w:rsidR="008E19ED">
          <w:pgSz w:w="16840" w:h="11900"/>
          <w:pgMar w:top="284" w:right="640" w:bottom="31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8E19ED" w:rsidRDefault="008E19ED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882"/>
        <w:gridCol w:w="528"/>
        <w:gridCol w:w="1106"/>
        <w:gridCol w:w="1140"/>
        <w:gridCol w:w="864"/>
        <w:gridCol w:w="5896"/>
        <w:gridCol w:w="1236"/>
        <w:gridCol w:w="1382"/>
      </w:tblGrid>
      <w:tr w:rsidR="008E19ED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6.4.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Морфемика. Орфография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15.11.2022 30.11.2022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морфему как минимальную значимую единицу языка;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морфемы в слове (корень, приставку, суффикс, окончание), выделять основу слова;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чередование звуков в морфемах (в том числе чередование гласных с нулём звука);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Проводить морфемный анализ слов;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Устный опрос; тестирование;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</w:t>
            </w:r>
          </w:p>
        </w:tc>
      </w:tr>
      <w:tr w:rsidR="008E19ED">
        <w:trPr>
          <w:trHeight w:hRule="exact" w:val="350"/>
        </w:trPr>
        <w:tc>
          <w:tcPr>
            <w:tcW w:w="3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34</w:t>
            </w:r>
          </w:p>
        </w:tc>
        <w:tc>
          <w:tcPr>
            <w:tcW w:w="11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8E19ED"/>
        </w:tc>
      </w:tr>
      <w:tr w:rsidR="008E19ED" w:rsidRPr="001074F5">
        <w:trPr>
          <w:trHeight w:hRule="exact" w:val="348"/>
        </w:trPr>
        <w:tc>
          <w:tcPr>
            <w:tcW w:w="15502" w:type="dxa"/>
            <w:gridSpan w:val="9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74" w:after="0" w:line="230" w:lineRule="auto"/>
              <w:ind w:left="72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Раздел 7. МОРФОЛОГИЯ. КУЛЬТУРА РЕЧИ. ОРФОГРАФИЯ</w:t>
            </w:r>
          </w:p>
        </w:tc>
      </w:tr>
      <w:tr w:rsidR="008E19ED">
        <w:trPr>
          <w:trHeight w:hRule="exact" w:val="15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7.1.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Морфология как раздел лингвистики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01.12.2022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и характеризовать особенности грамматического значения слова в отличие от лексического;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самостоятельные (знаменательные) части речи и их формы в рамках изученного; служебные части речи; междометия, звукоподражательные слова (общее представление);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Группировать слова разных частей речи по заданным признакам, находить основания для классификации;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6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</w:t>
            </w:r>
          </w:p>
        </w:tc>
      </w:tr>
      <w:tr w:rsidR="008E19ED">
        <w:trPr>
          <w:trHeight w:hRule="exact" w:val="188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7.2.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Имя существительное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02.12.2022 20.01.2023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78" w:after="0" w:line="254" w:lineRule="auto"/>
              <w:ind w:left="72" w:right="288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и характеризовать общее грамматическое значение, морфологические признаки и синтаксические функции имени существительного;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роль имени существительного в речи;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и характеризовать лексико- грамматические разряды имён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существительных по значению, имена существительные собственные и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нарицательные; имена существительные одушевлённые и неодушевлённые; Различать типы склонения имён существительных;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Выявлять разносклоняемые и несклоняемые имена существительные;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Определять род, число, падеж, тип склонения имён существительных;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сочинение;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изложение;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</w:t>
            </w:r>
          </w:p>
        </w:tc>
      </w:tr>
      <w:tr w:rsidR="008E19ED">
        <w:trPr>
          <w:trHeight w:hRule="exact" w:val="169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7.3.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Имя прилагательное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23.01.2023 10.02.2023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и характеризовать общее грамматическое значение, морфологические признаки и синтаксические функции имени прилагательного;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его роль в речи;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Правильно склонять имена прилагательные;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Применять правила правописания безударных окончаний имён прилагательных; Различать полную и краткую формы имён прилагательных;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Применять правила правописания кратких форм имён прилагательных с основой на шипящий;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сочинение;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изложение;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</w:t>
            </w:r>
          </w:p>
        </w:tc>
      </w:tr>
      <w:tr w:rsidR="008E19ED">
        <w:trPr>
          <w:trHeight w:hRule="exact" w:val="188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7.4.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Глагол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13.02.2023 13.04.2023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и характеризовать общее грамматическое значение, морфологические признаки и синтаксические функции глагола;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его роль в словосочетании и предложении, а также в речи;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Различать глаголы совершенного и несовершенного вида, возвратные и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невозвратные;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Применять правила правописания -тся и -ться в глаголах; суффиксов -ова- — -ева-, -ыва- — -ива-;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Распознавать инфинитив и личные формы глагола, приводить соответствующие примеры;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практическая работа;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сочинение;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</w:t>
            </w:r>
          </w:p>
        </w:tc>
      </w:tr>
      <w:tr w:rsidR="008E19ED">
        <w:trPr>
          <w:trHeight w:hRule="exact" w:val="348"/>
        </w:trPr>
        <w:tc>
          <w:tcPr>
            <w:tcW w:w="3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70</w:t>
            </w:r>
          </w:p>
        </w:tc>
        <w:tc>
          <w:tcPr>
            <w:tcW w:w="11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8E19ED"/>
        </w:tc>
      </w:tr>
      <w:tr w:rsidR="008E19ED" w:rsidRPr="001074F5">
        <w:trPr>
          <w:trHeight w:hRule="exact" w:val="32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Раздел 8. СИНТАКСИС. КУЛЬТУРА РЕЧИ. ПУНКТУАЦИЯ</w:t>
            </w:r>
          </w:p>
        </w:tc>
      </w:tr>
    </w:tbl>
    <w:p w:rsidR="008E19ED" w:rsidRPr="003E49D1" w:rsidRDefault="008E19ED">
      <w:pPr>
        <w:autoSpaceDE w:val="0"/>
        <w:autoSpaceDN w:val="0"/>
        <w:spacing w:after="0" w:line="14" w:lineRule="exact"/>
        <w:rPr>
          <w:lang w:val="ru-RU"/>
        </w:rPr>
      </w:pPr>
    </w:p>
    <w:p w:rsidR="008E19ED" w:rsidRPr="003E49D1" w:rsidRDefault="008E19ED">
      <w:pPr>
        <w:rPr>
          <w:lang w:val="ru-RU"/>
        </w:rPr>
        <w:sectPr w:rsidR="008E19ED" w:rsidRPr="003E49D1">
          <w:pgSz w:w="16840" w:h="11900"/>
          <w:pgMar w:top="284" w:right="640" w:bottom="82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8E19ED" w:rsidRPr="003E49D1" w:rsidRDefault="008E19ED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882"/>
        <w:gridCol w:w="528"/>
        <w:gridCol w:w="1106"/>
        <w:gridCol w:w="1140"/>
        <w:gridCol w:w="864"/>
        <w:gridCol w:w="5896"/>
        <w:gridCol w:w="1236"/>
        <w:gridCol w:w="1382"/>
      </w:tblGrid>
      <w:tr w:rsidR="008E19ED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8.1.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Синтаксис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 пунктуация как разделы лингвистики. </w:t>
            </w:r>
          </w:p>
          <w:p w:rsidR="008E19ED" w:rsidRDefault="003E49D1">
            <w:pPr>
              <w:autoSpaceDE w:val="0"/>
              <w:autoSpaceDN w:val="0"/>
              <w:spacing w:before="2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Словосочетание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14.04.2023 17.04.2023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78" w:after="0" w:line="252" w:lineRule="auto"/>
              <w:ind w:left="72" w:right="432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единицы синтаксиса (словосочетание и предложение);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функции знаков препинания;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Выделять словосочетания из предложения, распознавать словосочетания по морфологическим свойствам главного слова (именные, глагольные, наречные); Определять средства связи слов в словосочетании;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</w:t>
            </w:r>
          </w:p>
        </w:tc>
      </w:tr>
      <w:tr w:rsidR="008E19ED">
        <w:trPr>
          <w:trHeight w:hRule="exact" w:val="207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8.2.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Простое двусоставное предложение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18.04.2023 24.04.2023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предложения по цели высказывания (повествовательные,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 и характеризовать их;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Употреблять повествовательные, побудительные, вопросительные, восклицательные предложения в речевой практике, корректируя интонацию в соответствии с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коммуникативной целью высказывания;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главные (грамматическую основу) и второстепенные члены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предложения;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</w:t>
            </w:r>
          </w:p>
        </w:tc>
      </w:tr>
      <w:tr w:rsidR="008E19ED">
        <w:trPr>
          <w:trHeight w:hRule="exact" w:val="126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8.3.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Простое осложнённое предложение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25.04.2023 10.05.2023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76" w:after="0" w:line="252" w:lineRule="auto"/>
              <w:ind w:left="72" w:right="576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и распознавать неосложнённые предложения и предложения, осложнённые однородными членами или обращением;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Находить в предложении однородные члены и обобщающие слова при них; Правильно интонировать эти предложения;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Характеризовать роль однородных членов предложения в речи;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6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</w:t>
            </w:r>
          </w:p>
        </w:tc>
      </w:tr>
      <w:tr w:rsidR="008E19ED">
        <w:trPr>
          <w:trHeight w:hRule="exact" w:val="169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8.4.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Сложное предложение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11.05.2023 18.05.2023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простые и сложные предложения с точки зрения количества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грамматических основ;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Сравнивать простые и сложные предложения по самостоятельно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сформулированному основанию;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Самостоятельно формулировать выводы;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Применять правила пунктуационного оформления сложных предложений,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состоящих из частей, связанных бессоюзной связью и союзами и, но, а, однако, зато, да;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использованием«Оценочного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</w:t>
            </w:r>
          </w:p>
        </w:tc>
      </w:tr>
      <w:tr w:rsidR="008E19ED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8.5.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Предложения с прямой речью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19.05.2023 23.05.2023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76" w:after="0" w:line="252" w:lineRule="auto"/>
              <w:ind w:left="72" w:right="576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предложения с прямой речью и сравнивать их с точки зрения позиции слов автора в предложении и пунктуационного оформления этих предложений;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Самостоятельно формулировать выводы о пунктуационном оформлении предложений с прямой речью;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8E19ED">
            <w:pPr>
              <w:rPr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</w:t>
            </w:r>
          </w:p>
        </w:tc>
      </w:tr>
      <w:tr w:rsidR="008E19ED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8.6.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Диалог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24.05.2023 25.05.2023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диалоги в художественных текстах с точки зрения пунктуационного оформления;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Самостоятельно формулировать выводы о пунктуационном оформлении диалога;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</w:t>
            </w:r>
          </w:p>
        </w:tc>
      </w:tr>
      <w:tr w:rsidR="008E19ED">
        <w:trPr>
          <w:trHeight w:hRule="exact" w:val="348"/>
        </w:trPr>
        <w:tc>
          <w:tcPr>
            <w:tcW w:w="3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</w:t>
            </w:r>
          </w:p>
        </w:tc>
        <w:tc>
          <w:tcPr>
            <w:tcW w:w="11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8E19ED"/>
        </w:tc>
      </w:tr>
      <w:tr w:rsidR="008E19ED">
        <w:trPr>
          <w:trHeight w:hRule="exact" w:val="350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Раздел 9. ПОВТОРЕНИЕ </w:t>
            </w:r>
          </w:p>
        </w:tc>
      </w:tr>
      <w:tr w:rsidR="008E19ED">
        <w:trPr>
          <w:trHeight w:hRule="exact" w:val="924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9.1.</w:t>
            </w:r>
          </w:p>
        </w:tc>
        <w:tc>
          <w:tcPr>
            <w:tcW w:w="28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Повторение пройденного материала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4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4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26.05.2023 31.05.2023</w:t>
            </w:r>
          </w:p>
        </w:tc>
        <w:tc>
          <w:tcPr>
            <w:tcW w:w="58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74" w:after="0" w:line="250" w:lineRule="auto"/>
              <w:ind w:left="72" w:right="144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Чётко различать виды простых и сложных предложений; уметь пунктуационно оформлять прямую речь и диалог; составлять письменный рассказ с использованием разных стилей речи; пользоваться различными формами частей речи; составлять тесты или презентации на интересующую тему.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74" w:after="0" w:line="250" w:lineRule="auto"/>
              <w:ind w:left="72" w:right="144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Устный опрос; тестирование;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</w:t>
            </w:r>
          </w:p>
        </w:tc>
      </w:tr>
      <w:tr w:rsidR="008E19ED">
        <w:trPr>
          <w:trHeight w:hRule="exact" w:val="348"/>
        </w:trPr>
        <w:tc>
          <w:tcPr>
            <w:tcW w:w="3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8E19ED"/>
        </w:tc>
      </w:tr>
      <w:tr w:rsidR="008E19ED" w:rsidRPr="001074F5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Раздел 10. СОЧИНЕНИЯ, ИЗЛОЖЕНИЯ, КОНТРОЛЬНЫЕ И ПРОВЕРОЧНЫЕ РАБОТЫ</w:t>
            </w:r>
          </w:p>
        </w:tc>
      </w:tr>
      <w:tr w:rsidR="008E19ED">
        <w:trPr>
          <w:trHeight w:hRule="exact" w:val="32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10.1.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Сочинения (в течение года)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6" w:after="0" w:line="233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8E19ED"/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8E19ED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8E19ED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8E19ED"/>
        </w:tc>
      </w:tr>
    </w:tbl>
    <w:p w:rsidR="008E19ED" w:rsidRDefault="008E19ED">
      <w:pPr>
        <w:autoSpaceDE w:val="0"/>
        <w:autoSpaceDN w:val="0"/>
        <w:spacing w:after="0" w:line="14" w:lineRule="exact"/>
      </w:pPr>
    </w:p>
    <w:p w:rsidR="008E19ED" w:rsidRDefault="008E19ED">
      <w:pPr>
        <w:sectPr w:rsidR="008E19ED">
          <w:pgSz w:w="16840" w:h="11900"/>
          <w:pgMar w:top="284" w:right="640" w:bottom="32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8E19ED" w:rsidRDefault="008E19ED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882"/>
        <w:gridCol w:w="528"/>
        <w:gridCol w:w="1106"/>
        <w:gridCol w:w="1140"/>
        <w:gridCol w:w="864"/>
        <w:gridCol w:w="5896"/>
        <w:gridCol w:w="1236"/>
        <w:gridCol w:w="1382"/>
      </w:tblGrid>
      <w:tr w:rsidR="008E19ED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10.2.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Изложения (в течение года)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8E19ED"/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8E19ED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8E19ED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8E19ED"/>
        </w:tc>
      </w:tr>
      <w:tr w:rsidR="008E19ED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10.3.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Контрольные и проверочные работы (в течение года)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8E19ED"/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8E19ED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8E19ED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8E19ED"/>
        </w:tc>
      </w:tr>
      <w:tr w:rsidR="008E19ED">
        <w:trPr>
          <w:trHeight w:hRule="exact" w:val="348"/>
        </w:trPr>
        <w:tc>
          <w:tcPr>
            <w:tcW w:w="3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</w:t>
            </w:r>
          </w:p>
        </w:tc>
        <w:tc>
          <w:tcPr>
            <w:tcW w:w="11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8E19ED"/>
        </w:tc>
      </w:tr>
      <w:tr w:rsidR="008E19ED">
        <w:trPr>
          <w:trHeight w:hRule="exact" w:val="522"/>
        </w:trPr>
        <w:tc>
          <w:tcPr>
            <w:tcW w:w="3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78" w:after="0" w:line="245" w:lineRule="auto"/>
              <w:ind w:left="72" w:right="720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</w:t>
            </w:r>
          </w:p>
        </w:tc>
        <w:tc>
          <w:tcPr>
            <w:tcW w:w="9378" w:type="dxa"/>
            <w:gridSpan w:val="4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8E19ED"/>
        </w:tc>
      </w:tr>
    </w:tbl>
    <w:p w:rsidR="008E19ED" w:rsidRDefault="008E19ED">
      <w:pPr>
        <w:autoSpaceDE w:val="0"/>
        <w:autoSpaceDN w:val="0"/>
        <w:spacing w:after="0" w:line="14" w:lineRule="exact"/>
      </w:pPr>
    </w:p>
    <w:p w:rsidR="008E19ED" w:rsidRDefault="008E19ED">
      <w:pPr>
        <w:sectPr w:rsidR="008E19ED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8E19ED" w:rsidRDefault="008E19ED">
      <w:pPr>
        <w:autoSpaceDE w:val="0"/>
        <w:autoSpaceDN w:val="0"/>
        <w:spacing w:after="78" w:line="220" w:lineRule="exact"/>
      </w:pPr>
    </w:p>
    <w:p w:rsidR="008E19ED" w:rsidRDefault="003E49D1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ПОУРОЧНОЕ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732"/>
        <w:gridCol w:w="1620"/>
        <w:gridCol w:w="1668"/>
        <w:gridCol w:w="1236"/>
        <w:gridCol w:w="1826"/>
      </w:tblGrid>
      <w:tr w:rsidR="008E19ED">
        <w:trPr>
          <w:trHeight w:hRule="exact" w:val="492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28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Виды, формы контроля</w:t>
            </w:r>
          </w:p>
        </w:tc>
      </w:tr>
      <w:tr w:rsidR="008E19ED">
        <w:trPr>
          <w:trHeight w:hRule="exact" w:val="828"/>
        </w:trPr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9ED" w:rsidRDefault="008E19ED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9ED" w:rsidRDefault="008E19E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9ED" w:rsidRDefault="008E19ED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9ED" w:rsidRDefault="008E19ED"/>
        </w:tc>
      </w:tr>
      <w:tr w:rsidR="008E19ED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Повторение изученного в начальной школе.</w:t>
            </w:r>
          </w:p>
          <w:p w:rsidR="008E19ED" w:rsidRPr="003E49D1" w:rsidRDefault="003E49D1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Орфография.</w:t>
            </w:r>
          </w:p>
          <w:p w:rsidR="008E19ED" w:rsidRPr="003E49D1" w:rsidRDefault="003E49D1">
            <w:pPr>
              <w:autoSpaceDE w:val="0"/>
              <w:autoSpaceDN w:val="0"/>
              <w:spacing w:before="70" w:after="0" w:line="262" w:lineRule="auto"/>
              <w:ind w:left="72" w:right="144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Правописание гласных и согласных в корне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02.09.2022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E19ED">
        <w:trPr>
          <w:trHeight w:hRule="exact" w:val="2510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289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100" w:after="0" w:line="262" w:lineRule="auto"/>
              <w:ind w:left="72" w:right="144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Повторение изученного в начальной школе.</w:t>
            </w:r>
          </w:p>
          <w:p w:rsidR="008E19ED" w:rsidRPr="003E49D1" w:rsidRDefault="003E49D1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Орфография.</w:t>
            </w:r>
          </w:p>
          <w:p w:rsidR="008E19ED" w:rsidRPr="003E49D1" w:rsidRDefault="003E49D1">
            <w:pPr>
              <w:autoSpaceDE w:val="0"/>
              <w:autoSpaceDN w:val="0"/>
              <w:spacing w:before="70" w:after="0"/>
              <w:ind w:left="72" w:right="144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разделительного мягкого (ь) и разделительного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твёрдого (ъ) знаков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05.09.2022</w:t>
            </w:r>
          </w:p>
        </w:tc>
        <w:tc>
          <w:tcPr>
            <w:tcW w:w="18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100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E19ED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71" w:lineRule="auto"/>
              <w:ind w:left="72" w:right="190"/>
              <w:jc w:val="both"/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Повторение изученного в начальной школе.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E19ED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Повторение изученного в начальной школе.</w:t>
            </w:r>
          </w:p>
          <w:p w:rsidR="008E19ED" w:rsidRPr="003E49D1" w:rsidRDefault="003E49D1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Морфология.</w:t>
            </w:r>
          </w:p>
          <w:p w:rsidR="008E19ED" w:rsidRPr="003E49D1" w:rsidRDefault="003E49D1">
            <w:pPr>
              <w:autoSpaceDE w:val="0"/>
              <w:autoSpaceDN w:val="0"/>
              <w:spacing w:before="70" w:after="0" w:line="262" w:lineRule="auto"/>
              <w:ind w:left="72" w:right="432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Самостоятельные и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служебные части речи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E19ED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Повторение изученного в начальной школе.</w:t>
            </w:r>
          </w:p>
          <w:p w:rsidR="008E19ED" w:rsidRDefault="003E49D1">
            <w:pPr>
              <w:autoSpaceDE w:val="0"/>
              <w:autoSpaceDN w:val="0"/>
              <w:spacing w:before="7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08.09.2022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E19ED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100" w:after="0" w:line="271" w:lineRule="auto"/>
              <w:ind w:left="72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Богатство и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выразительность русского языка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E19ED">
        <w:trPr>
          <w:trHeight w:hRule="exact" w:val="28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 w:line="286" w:lineRule="auto"/>
              <w:ind w:left="72" w:right="144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Лингвистика как наука о языке. Язык как знаковая система и средство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человеческого общения. Основные единицы языка и речи: звук, морфема,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слово, словосочетание,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предложение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E19ED">
        <w:trPr>
          <w:trHeight w:hRule="exact" w:val="11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13.09.2022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71" w:lineRule="auto"/>
              <w:ind w:left="156" w:right="144" w:hanging="15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8E19ED" w:rsidRDefault="008E19ED">
      <w:pPr>
        <w:autoSpaceDE w:val="0"/>
        <w:autoSpaceDN w:val="0"/>
        <w:spacing w:after="0" w:line="14" w:lineRule="exact"/>
      </w:pPr>
    </w:p>
    <w:p w:rsidR="008E19ED" w:rsidRDefault="008E19ED">
      <w:pPr>
        <w:sectPr w:rsidR="008E19ED">
          <w:pgSz w:w="11900" w:h="16840"/>
          <w:pgMar w:top="298" w:right="650" w:bottom="32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E19ED" w:rsidRDefault="008E19ED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732"/>
        <w:gridCol w:w="1620"/>
        <w:gridCol w:w="1668"/>
        <w:gridCol w:w="1236"/>
        <w:gridCol w:w="1826"/>
      </w:tblGrid>
      <w:tr w:rsidR="008E19E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62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Монолог. Диалог. Полилог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E19ED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Речевые формулы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приветствия, прощания, просьбы, благодарности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E19ED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Виды речевой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деятельности (говорение, слушание, чтение,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письмо), их особенности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E19ED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/>
              <w:ind w:left="72" w:right="720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Виды аудирования: выборочное,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ознакомительное, детальное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E19ED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Виды чтения: изучающее, ознакомительное,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просмотровое, поисковое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E19ED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Понятие о тексте. Тема, главная мысль текста.</w:t>
            </w:r>
          </w:p>
          <w:p w:rsidR="008E19ED" w:rsidRDefault="003E49D1">
            <w:pPr>
              <w:autoSpaceDE w:val="0"/>
              <w:autoSpaceDN w:val="0"/>
              <w:spacing w:before="7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Микротемы текста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21.09.2022 ;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E19E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Композиционная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структура текста. Абзац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E19ED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 w:line="271" w:lineRule="auto"/>
              <w:ind w:left="72" w:right="432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Средства связи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предложений и частей текста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E19ED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Функционально-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смысловые типы речи: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описание, повествование, рассуждение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E19ED" w:rsidRPr="001074F5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27.09.2022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 w:line="281" w:lineRule="auto"/>
              <w:ind w:left="156" w:right="144" w:hanging="156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Письменный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контроль;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Контрольная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работа;</w:t>
            </w:r>
          </w:p>
        </w:tc>
      </w:tr>
      <w:tr w:rsidR="008E19E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62" w:lineRule="auto"/>
              <w:ind w:left="72" w:right="144"/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E19E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Сочинение по сюжетной картине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E19ED">
        <w:trPr>
          <w:trHeight w:hRule="exact" w:val="4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Смысловой анализ текста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8E19ED" w:rsidRDefault="008E19ED">
      <w:pPr>
        <w:autoSpaceDE w:val="0"/>
        <w:autoSpaceDN w:val="0"/>
        <w:spacing w:after="0" w:line="14" w:lineRule="exact"/>
      </w:pPr>
    </w:p>
    <w:p w:rsidR="008E19ED" w:rsidRDefault="008E19ED">
      <w:pPr>
        <w:sectPr w:rsidR="008E19ED">
          <w:pgSz w:w="11900" w:h="16840"/>
          <w:pgMar w:top="284" w:right="650" w:bottom="56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E19ED" w:rsidRDefault="008E19ED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732"/>
        <w:gridCol w:w="1620"/>
        <w:gridCol w:w="1668"/>
        <w:gridCol w:w="1236"/>
        <w:gridCol w:w="1826"/>
      </w:tblGrid>
      <w:tr w:rsidR="008E19E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Смысловой анализ текста. Практикум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E19ED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Информационная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переработка текста: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04.10.2022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E19E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Функциональные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разновидности языка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05.10.2022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E19ED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100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Изложение. Проверочная работа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100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E19ED">
        <w:trPr>
          <w:trHeight w:hRule="exact" w:val="21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81" w:lineRule="auto"/>
              <w:ind w:left="72" w:right="288"/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Фонетика и графика как разделы лингвистики. Звук как единица языка. Смыслоразличительная роль звука.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Система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гласных звуков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E19ED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Система согласных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звуков. Основные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выразительные средства фонетики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E19ED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Слог. Ударение. Свойства русского ударения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E19ED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Изменение звуков в речевом потоке.</w:t>
            </w:r>
          </w:p>
          <w:p w:rsidR="008E19ED" w:rsidRDefault="003E49D1">
            <w:pPr>
              <w:autoSpaceDE w:val="0"/>
              <w:autoSpaceDN w:val="0"/>
              <w:spacing w:before="70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E19ED">
        <w:trPr>
          <w:trHeight w:hRule="exact" w:val="251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100" w:after="0" w:line="281" w:lineRule="auto"/>
              <w:ind w:left="72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Соотношение звуков и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букв. Прописные и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строчные буквы. Способы обозначения [й’],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мягкости согласных.</w:t>
            </w:r>
          </w:p>
          <w:p w:rsidR="008E19ED" w:rsidRDefault="003E49D1">
            <w:pPr>
              <w:autoSpaceDE w:val="0"/>
              <w:autoSpaceDN w:val="0"/>
              <w:spacing w:before="7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100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E19ED">
        <w:trPr>
          <w:trHeight w:hRule="exact" w:val="215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Орфоэпия как раздел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лингвистики. Основные орфоэпические нормы. Интонация, её функции.</w:t>
            </w:r>
          </w:p>
          <w:p w:rsidR="008E19ED" w:rsidRPr="003E49D1" w:rsidRDefault="003E49D1">
            <w:pPr>
              <w:autoSpaceDE w:val="0"/>
              <w:autoSpaceDN w:val="0"/>
              <w:spacing w:before="70" w:after="0" w:line="262" w:lineRule="auto"/>
              <w:ind w:left="72" w:right="720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Основные элементы интонации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14.10.2022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Письменный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</w:tbl>
    <w:p w:rsidR="008E19ED" w:rsidRDefault="008E19ED">
      <w:pPr>
        <w:autoSpaceDE w:val="0"/>
        <w:autoSpaceDN w:val="0"/>
        <w:spacing w:after="0" w:line="14" w:lineRule="exact"/>
      </w:pPr>
    </w:p>
    <w:p w:rsidR="008E19ED" w:rsidRDefault="008E19ED">
      <w:pPr>
        <w:sectPr w:rsidR="008E19ED">
          <w:pgSz w:w="11900" w:h="16840"/>
          <w:pgMar w:top="284" w:right="650" w:bottom="62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E19ED" w:rsidRDefault="008E19ED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732"/>
        <w:gridCol w:w="1620"/>
        <w:gridCol w:w="1668"/>
        <w:gridCol w:w="1236"/>
        <w:gridCol w:w="1826"/>
      </w:tblGrid>
      <w:tr w:rsidR="008E19ED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Орфография.</w:t>
            </w:r>
          </w:p>
          <w:p w:rsidR="008E19ED" w:rsidRPr="003E49D1" w:rsidRDefault="003E49D1">
            <w:pPr>
              <w:autoSpaceDE w:val="0"/>
              <w:autoSpaceDN w:val="0"/>
              <w:spacing w:before="70" w:after="0" w:line="262" w:lineRule="auto"/>
              <w:jc w:val="center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Орфограмма. Буквенные и небуквенные орфограммы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E19ED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/>
              <w:ind w:left="72" w:right="576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Повторение тем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"Фонетика, графика, орфоэпия",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"Орфография".</w:t>
            </w:r>
          </w:p>
          <w:p w:rsidR="008E19ED" w:rsidRDefault="003E49D1">
            <w:pPr>
              <w:autoSpaceDE w:val="0"/>
              <w:autoSpaceDN w:val="0"/>
              <w:spacing w:before="7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8E19ED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 w:line="274" w:lineRule="auto"/>
              <w:ind w:left="72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E19ED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Основные способы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толкования лексического значения слова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E19E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E19E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Прямое и переносное значения слова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E19ED" w:rsidRPr="001074F5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использованием«Оценочного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8E19E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Обозначение родовых и видовых понятий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E19ED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E19E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E19ED">
        <w:trPr>
          <w:trHeight w:hRule="exact" w:val="494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42.</w:t>
            </w:r>
          </w:p>
        </w:tc>
        <w:tc>
          <w:tcPr>
            <w:tcW w:w="289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Омонимы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31.10.2022</w:t>
            </w:r>
          </w:p>
        </w:tc>
        <w:tc>
          <w:tcPr>
            <w:tcW w:w="18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E19ED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Паронимы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01.11.2022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E19E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Разные виды лексических словарей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02.11.2022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E19E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Строение словарной статьи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E19E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Сочинение. Рассказ о событии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04.11.2022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Сочинение;</w:t>
            </w:r>
          </w:p>
        </w:tc>
      </w:tr>
      <w:tr w:rsidR="008E19ED">
        <w:trPr>
          <w:trHeight w:hRule="exact" w:val="11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 w:line="262" w:lineRule="auto"/>
              <w:ind w:right="864"/>
              <w:jc w:val="center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Повторение темы "Лексикология ".</w:t>
            </w:r>
          </w:p>
          <w:p w:rsidR="008E19ED" w:rsidRPr="003E49D1" w:rsidRDefault="003E49D1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Проверочная работа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Зачет;</w:t>
            </w:r>
          </w:p>
        </w:tc>
      </w:tr>
    </w:tbl>
    <w:p w:rsidR="008E19ED" w:rsidRDefault="008E19ED">
      <w:pPr>
        <w:autoSpaceDE w:val="0"/>
        <w:autoSpaceDN w:val="0"/>
        <w:spacing w:after="0" w:line="14" w:lineRule="exact"/>
      </w:pPr>
    </w:p>
    <w:p w:rsidR="008E19ED" w:rsidRDefault="008E19ED">
      <w:pPr>
        <w:sectPr w:rsidR="008E19ED">
          <w:pgSz w:w="11900" w:h="16840"/>
          <w:pgMar w:top="284" w:right="650" w:bottom="49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E19ED" w:rsidRDefault="008E19ED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732"/>
        <w:gridCol w:w="1620"/>
        <w:gridCol w:w="1668"/>
        <w:gridCol w:w="1236"/>
        <w:gridCol w:w="1826"/>
      </w:tblGrid>
      <w:tr w:rsidR="008E19ED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Морфемика как раздел лингвистики. Морфема как минимальная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значимая единица языка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08.11.2022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E19E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E19E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E19ED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Морфемный анализ слова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100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E19ED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 w:line="281" w:lineRule="auto"/>
              <w:ind w:left="72" w:right="288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Правописание корней с безударными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проверяемыми и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непроверяемыми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гласными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E19ED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 w:line="281" w:lineRule="auto"/>
              <w:ind w:left="72" w:right="288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Правописание корней с проверяемыми,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непроверяемыми,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непроизносимыми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согласными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E19E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E19ED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неизменяемых на письме приставок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E19ED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Правописание приставок на -З (-С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E19E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100" w:after="0" w:line="262" w:lineRule="auto"/>
              <w:ind w:left="72" w:right="432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Правописание Ы — И после приставок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100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E19E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Правописание Ы — И после Ц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E19ED">
        <w:trPr>
          <w:trHeight w:hRule="exact" w:val="14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 w:line="262" w:lineRule="auto"/>
              <w:ind w:left="72" w:right="864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Повторение темы "Морфемика.</w:t>
            </w:r>
          </w:p>
          <w:p w:rsidR="008E19ED" w:rsidRPr="003E49D1" w:rsidRDefault="003E49D1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Орфография".</w:t>
            </w:r>
          </w:p>
          <w:p w:rsidR="008E19ED" w:rsidRPr="003E49D1" w:rsidRDefault="003E49D1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Проверочная работа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</w:tbl>
    <w:p w:rsidR="008E19ED" w:rsidRDefault="008E19ED">
      <w:pPr>
        <w:autoSpaceDE w:val="0"/>
        <w:autoSpaceDN w:val="0"/>
        <w:spacing w:after="0" w:line="14" w:lineRule="exact"/>
      </w:pPr>
    </w:p>
    <w:p w:rsidR="008E19ED" w:rsidRDefault="008E19ED">
      <w:pPr>
        <w:sectPr w:rsidR="008E19ED">
          <w:pgSz w:w="11900" w:h="16840"/>
          <w:pgMar w:top="284" w:right="650" w:bottom="131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E19ED" w:rsidRDefault="008E19ED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732"/>
        <w:gridCol w:w="1620"/>
        <w:gridCol w:w="1668"/>
        <w:gridCol w:w="1236"/>
        <w:gridCol w:w="1826"/>
      </w:tblGrid>
      <w:tr w:rsidR="008E19ED">
        <w:trPr>
          <w:trHeight w:hRule="exact" w:val="31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Морфология как раздел лингвистики.</w:t>
            </w:r>
          </w:p>
          <w:p w:rsidR="008E19ED" w:rsidRDefault="003E49D1">
            <w:pPr>
              <w:autoSpaceDE w:val="0"/>
              <w:autoSpaceDN w:val="0"/>
              <w:spacing w:before="70" w:after="0" w:line="283" w:lineRule="auto"/>
              <w:ind w:left="72"/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Грамматическое значение слова, его отличие от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лексического.Части речи как лексико-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грамматические разряды слов.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01.12.2022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E19ED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100" w:after="0" w:line="271" w:lineRule="auto"/>
              <w:ind w:left="72" w:right="144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Имя существительное как часть речи. Роль имени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существительного в речи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02.12.2022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E19ED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Сочинение-фантазия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(например, современная сказка)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05.12.2022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Сочинение;</w:t>
            </w:r>
          </w:p>
        </w:tc>
      </w:tr>
      <w:tr w:rsidR="008E19ED">
        <w:trPr>
          <w:trHeight w:hRule="exact" w:val="28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 w:line="286" w:lineRule="auto"/>
              <w:ind w:left="72" w:right="144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Лексико-грамматические разряды имён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существительных: имена существительные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собственные и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нарицательные,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одушевленные и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неодушевленные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E19ED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71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Правописание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собственных имён существительных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E19ED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Род, число, падеж имени существительного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(повторение изученного в начальной школе)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08.12.2022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E19E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100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E19ED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E19ED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Сжатое изложение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Изложение;</w:t>
            </w:r>
          </w:p>
        </w:tc>
      </w:tr>
      <w:tr w:rsidR="008E19ED">
        <w:trPr>
          <w:trHeight w:hRule="exact" w:val="11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Правописание ь на конце имён существительных после шипящих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</w:tbl>
    <w:p w:rsidR="008E19ED" w:rsidRDefault="008E19ED">
      <w:pPr>
        <w:autoSpaceDE w:val="0"/>
        <w:autoSpaceDN w:val="0"/>
        <w:spacing w:after="0" w:line="14" w:lineRule="exact"/>
      </w:pPr>
    </w:p>
    <w:p w:rsidR="008E19ED" w:rsidRDefault="008E19ED">
      <w:pPr>
        <w:sectPr w:rsidR="008E19ED">
          <w:pgSz w:w="11900" w:h="16840"/>
          <w:pgMar w:top="284" w:right="650" w:bottom="62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E19ED" w:rsidRDefault="008E19ED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732"/>
        <w:gridCol w:w="1620"/>
        <w:gridCol w:w="1668"/>
        <w:gridCol w:w="1236"/>
        <w:gridCol w:w="1826"/>
      </w:tblGrid>
      <w:tr w:rsidR="008E19ED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Разносклоняемые имена существительные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E19ED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существительных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E19ED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Имена существительные склоняемые и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несклоняемые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E19ED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E19ED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E19ED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Нормы словоизменения, произношения имён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существительных, нормы постановки ударения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E19ED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Правописание О и Е после шипящих и Ц в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окончаниях имён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существительных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E19ED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Правописание О и Е (Ё) после шипящих и Ц в суффиксах имён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существительных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E19ED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100" w:after="0" w:line="271" w:lineRule="auto"/>
              <w:ind w:left="72" w:right="144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Правописание суффиксов-ЧИК-/-ЩИК- имен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существительных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100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E19ED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Правописание суффиксов-ЕК-/-ИК- имен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существительных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E19ED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Слитное и раздельное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написание НЕ с именами существительными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29.12.2022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Письменный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8E19ED">
        <w:trPr>
          <w:trHeight w:hRule="exact" w:val="14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-ЛОЖ-; -РАСТ-— -РАЩ- — -РОС-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</w:tbl>
    <w:p w:rsidR="008E19ED" w:rsidRDefault="008E19ED">
      <w:pPr>
        <w:autoSpaceDE w:val="0"/>
        <w:autoSpaceDN w:val="0"/>
        <w:spacing w:after="0" w:line="14" w:lineRule="exact"/>
      </w:pPr>
    </w:p>
    <w:p w:rsidR="008E19ED" w:rsidRDefault="008E19ED">
      <w:pPr>
        <w:sectPr w:rsidR="008E19ED">
          <w:pgSz w:w="11900" w:h="16840"/>
          <w:pgMar w:top="284" w:right="650" w:bottom="47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E19ED" w:rsidRDefault="008E19ED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732"/>
        <w:gridCol w:w="1620"/>
        <w:gridCol w:w="1668"/>
        <w:gridCol w:w="1236"/>
        <w:gridCol w:w="1826"/>
      </w:tblGrid>
      <w:tr w:rsidR="008E19ED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ГАР- — -ГОР-, -ЗАР- — -ЗОР-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E19ED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--КЛАН- — -КЛОН-, -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СКАК- — -СКОЧ-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E19ED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74" w:lineRule="auto"/>
              <w:ind w:left="72" w:right="144"/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Повторение по теме "Имя существительное". </w:t>
            </w:r>
            <w:r w:rsidRPr="003E49D1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8E19ED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Имя прилагательное как часть речи. Роль имени прилагательного в речи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E19ED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 w:line="281" w:lineRule="auto"/>
              <w:ind w:left="72" w:right="144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Выборочное изложение (функционально-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смысловой тип речи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описание, фрагмент из художественного текста)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Изложение;</w:t>
            </w:r>
          </w:p>
        </w:tc>
      </w:tr>
      <w:tr w:rsidR="008E19ED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Склонение имён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прилагательных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(повторение изученного в начальной школе)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E19ED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прилагательных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E19ED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Имена прилагательные полные и краткие, их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синтаксические функции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E19ED">
        <w:trPr>
          <w:trHeight w:hRule="exact" w:val="1502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90.</w:t>
            </w:r>
          </w:p>
        </w:tc>
        <w:tc>
          <w:tcPr>
            <w:tcW w:w="289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100" w:after="0"/>
              <w:ind w:left="72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Правописание кратких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форм имён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прилагательных с основой на шипящий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24.01.2023</w:t>
            </w:r>
          </w:p>
        </w:tc>
        <w:tc>
          <w:tcPr>
            <w:tcW w:w="18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100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E19E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E19ED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Подробное изложение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Изложение;</w:t>
            </w:r>
          </w:p>
        </w:tc>
      </w:tr>
      <w:tr w:rsidR="008E19ED">
        <w:trPr>
          <w:trHeight w:hRule="exact" w:val="14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/>
              <w:ind w:left="72" w:right="432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Нормы произношения имен прилагательных, нормы постановки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ударения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8E19ED" w:rsidRDefault="008E19ED">
      <w:pPr>
        <w:autoSpaceDE w:val="0"/>
        <w:autoSpaceDN w:val="0"/>
        <w:spacing w:after="0" w:line="14" w:lineRule="exact"/>
      </w:pPr>
    </w:p>
    <w:p w:rsidR="008E19ED" w:rsidRDefault="008E19ED">
      <w:pPr>
        <w:sectPr w:rsidR="008E19ED">
          <w:pgSz w:w="11900" w:h="16840"/>
          <w:pgMar w:top="284" w:right="650" w:bottom="47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E19ED" w:rsidRDefault="008E19ED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732"/>
        <w:gridCol w:w="1620"/>
        <w:gridCol w:w="1668"/>
        <w:gridCol w:w="1236"/>
        <w:gridCol w:w="1826"/>
      </w:tblGrid>
      <w:tr w:rsidR="008E19ED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/>
              <w:ind w:left="72" w:right="864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окончаниях имён прилагательных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E19ED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/>
              <w:ind w:left="72" w:right="864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суффиксах имён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прилагательных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E19ED">
        <w:trPr>
          <w:trHeight w:hRule="exact" w:val="183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 w:line="281" w:lineRule="auto"/>
              <w:ind w:left="72" w:right="144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Правописание О и Е (Ё) после шипящих и Ц в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суффиксах и окончаниях имён существительных и прилагательных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01.02.2023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E19ED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Слитное и раздельное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написание НЕ с именами прилагательными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02.02.2023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E19ED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Сочинение-описание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Сочинение;</w:t>
            </w:r>
          </w:p>
        </w:tc>
      </w:tr>
      <w:tr w:rsidR="008E19ED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Повторение по теме "Имя прилагательное".</w:t>
            </w:r>
          </w:p>
          <w:p w:rsidR="008E19ED" w:rsidRDefault="003E49D1">
            <w:pPr>
              <w:autoSpaceDE w:val="0"/>
              <w:autoSpaceDN w:val="0"/>
              <w:spacing w:before="7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8E19ED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100.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Глагол как часть речи.</w:t>
            </w:r>
          </w:p>
          <w:p w:rsidR="008E19ED" w:rsidRPr="003E49D1" w:rsidRDefault="003E49D1">
            <w:pPr>
              <w:autoSpaceDE w:val="0"/>
              <w:autoSpaceDN w:val="0"/>
              <w:spacing w:before="70" w:after="0" w:line="271" w:lineRule="auto"/>
              <w:ind w:left="72" w:right="576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Роль глагола в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словосочетании и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предложении, в речи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E19ED">
        <w:trPr>
          <w:trHeight w:hRule="exact" w:val="251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101.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Инфинитив и его </w:t>
            </w:r>
            <w:r w:rsidRPr="003E49D1">
              <w:rPr>
                <w:lang w:val="ru-RU"/>
              </w:rPr>
              <w:br/>
            </w:r>
            <w:r w:rsidRPr="003E49D1">
              <w:rPr>
                <w:lang w:val="ru-RU"/>
              </w:rPr>
              <w:tab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грамматические свойства.</w:t>
            </w:r>
          </w:p>
          <w:p w:rsidR="008E19ED" w:rsidRPr="003E49D1" w:rsidRDefault="003E49D1">
            <w:pPr>
              <w:autoSpaceDE w:val="0"/>
              <w:autoSpaceDN w:val="0"/>
              <w:spacing w:before="70" w:after="0" w:line="281" w:lineRule="auto"/>
              <w:ind w:left="72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Основа инфинитива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(прошедшего времени),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основа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настоящего(будущего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простого) времени глагола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08.02.2023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E19E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E19ED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Глаголы совершенного и несовершенного вида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(практикум)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E19E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 w:rsidP="001074F5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Глаголы возвратные и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невозвратные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E19ED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Правописание -ТСЯ и -ТЬСЯ в глаголах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</w:tbl>
    <w:p w:rsidR="008E19ED" w:rsidRDefault="008E19ED">
      <w:pPr>
        <w:autoSpaceDE w:val="0"/>
        <w:autoSpaceDN w:val="0"/>
        <w:spacing w:after="0" w:line="14" w:lineRule="exact"/>
      </w:pPr>
    </w:p>
    <w:p w:rsidR="008E19ED" w:rsidRDefault="008E19ED">
      <w:pPr>
        <w:sectPr w:rsidR="008E19ED">
          <w:pgSz w:w="11900" w:h="16840"/>
          <w:pgMar w:top="284" w:right="650" w:bottom="47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E19ED" w:rsidRDefault="008E19ED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732"/>
        <w:gridCol w:w="1620"/>
        <w:gridCol w:w="1668"/>
        <w:gridCol w:w="1236"/>
        <w:gridCol w:w="1826"/>
      </w:tblGrid>
      <w:tr w:rsidR="008E19ED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106.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 w:line="271" w:lineRule="auto"/>
              <w:ind w:left="156" w:right="144" w:hanging="156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Правописание суффиксов-ОВА- — -ЕВА-, -ЫВА-— -ИВА- в глаголах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E19ED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107.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 w:line="271" w:lineRule="auto"/>
              <w:ind w:left="156" w:right="144" w:hanging="156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Правописание суффиксов-ОВА- — -ЕВА-, -ЫВА-— -ИВА- в глаголах.</w:t>
            </w:r>
          </w:p>
          <w:p w:rsidR="008E19ED" w:rsidRDefault="003E49D1">
            <w:pPr>
              <w:autoSpaceDE w:val="0"/>
              <w:autoSpaceDN w:val="0"/>
              <w:spacing w:before="7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E19ED">
        <w:trPr>
          <w:trHeight w:hRule="exact" w:val="183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108.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 w:line="281" w:lineRule="auto"/>
              <w:ind w:left="156" w:right="288" w:hanging="156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Изменение глаголов по временам. Настоящее время: значение,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образование,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употребление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E19ED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 w:line="271" w:lineRule="auto"/>
              <w:ind w:left="576" w:right="432" w:hanging="576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Прошедшее время: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значение, образование, употребление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E19ED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110.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 w:line="271" w:lineRule="auto"/>
              <w:ind w:left="156" w:hanging="156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Будущее время: значение, образование,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употребление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E19ED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1074F5" w:rsidRDefault="003E49D1">
            <w:pPr>
              <w:autoSpaceDE w:val="0"/>
              <w:autoSpaceDN w:val="0"/>
              <w:spacing w:before="98" w:after="0"/>
              <w:ind w:left="576" w:right="144" w:hanging="576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Функциональн</w:t>
            </w:r>
            <w:proofErr w:type="gramStart"/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о-</w:t>
            </w:r>
            <w:proofErr w:type="gramEnd"/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смысловые типы речи: описание, повествование, рассуждение. </w:t>
            </w:r>
            <w:r w:rsidRPr="001074F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E19ED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/>
              <w:ind w:left="72" w:right="288"/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Типы спряжения глагола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(повторение).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E19ED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71" w:lineRule="auto"/>
              <w:ind w:left="72" w:right="288"/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Типы спряжения глагола.</w:t>
            </w:r>
          </w:p>
          <w:p w:rsidR="008E19ED" w:rsidRDefault="003E49D1">
            <w:pPr>
              <w:autoSpaceDE w:val="0"/>
              <w:autoSpaceDN w:val="0"/>
              <w:spacing w:before="72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E19ED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114.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 w:line="271" w:lineRule="auto"/>
              <w:ind w:left="156" w:hanging="156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Правописание безударных личных окончаний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глаголов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28.02.2023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Письменный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8E19ED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71" w:lineRule="auto"/>
              <w:ind w:left="72"/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окончаний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глаголов.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01.03.2023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E19ED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Изложение содержание текста с изменением лица рассказчика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02.03.2023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E19ED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</w:tbl>
    <w:p w:rsidR="008E19ED" w:rsidRDefault="008E19ED">
      <w:pPr>
        <w:autoSpaceDE w:val="0"/>
        <w:autoSpaceDN w:val="0"/>
        <w:spacing w:after="0" w:line="14" w:lineRule="exact"/>
      </w:pPr>
    </w:p>
    <w:p w:rsidR="008E19ED" w:rsidRDefault="008E19ED">
      <w:pPr>
        <w:sectPr w:rsidR="008E19ED">
          <w:pgSz w:w="11900" w:h="16840"/>
          <w:pgMar w:top="284" w:right="650" w:bottom="30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E19ED" w:rsidRDefault="008E19ED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732"/>
        <w:gridCol w:w="1620"/>
        <w:gridCol w:w="1668"/>
        <w:gridCol w:w="1236"/>
        <w:gridCol w:w="1826"/>
      </w:tblGrid>
      <w:tr w:rsidR="008E19ED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118.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1074F5" w:rsidRDefault="003E49D1">
            <w:pPr>
              <w:autoSpaceDE w:val="0"/>
              <w:autoSpaceDN w:val="0"/>
              <w:spacing w:before="98" w:after="0" w:line="271" w:lineRule="auto"/>
              <w:ind w:left="576" w:right="432" w:hanging="576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Средства связи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предложений и частей текста. </w:t>
            </w:r>
            <w:r w:rsidRPr="001074F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E19ED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119.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/>
              <w:ind w:left="576" w:hanging="576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Правописание Ь в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инфинитиве, в форме 2 лица единственного числа после шипящих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E19ED">
        <w:trPr>
          <w:trHeight w:hRule="exact" w:val="183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120.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 w:line="278" w:lineRule="auto"/>
              <w:ind w:left="576" w:hanging="576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Правописание Ь в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инфинитиве, в форме 2 лица единственного числа после шипящих.</w:t>
            </w:r>
          </w:p>
          <w:p w:rsidR="008E19ED" w:rsidRDefault="003E49D1">
            <w:pPr>
              <w:autoSpaceDE w:val="0"/>
              <w:autoSpaceDN w:val="0"/>
              <w:spacing w:before="7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E19ED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Сочинение-повествование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Сочинение;</w:t>
            </w:r>
          </w:p>
        </w:tc>
      </w:tr>
      <w:tr w:rsidR="008E19ED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/>
              <w:ind w:left="576" w:right="432" w:hanging="576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Правописание гласной перед суффиксом </w:t>
            </w:r>
            <w:proofErr w:type="gramStart"/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-Л</w:t>
            </w:r>
            <w:proofErr w:type="gramEnd"/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- в формах прошедшего времени глагола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E19ED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/>
              <w:ind w:left="576" w:right="432" w:hanging="576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Правописание гласной перед суффиксом </w:t>
            </w:r>
            <w:proofErr w:type="gramStart"/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-Л</w:t>
            </w:r>
            <w:proofErr w:type="gramEnd"/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- в формах прошедшего времени глагола.</w:t>
            </w:r>
          </w:p>
          <w:p w:rsidR="008E19ED" w:rsidRDefault="003E49D1">
            <w:pPr>
              <w:autoSpaceDE w:val="0"/>
              <w:autoSpaceDN w:val="0"/>
              <w:spacing w:before="7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E19E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Слитное и раздельное </w:t>
            </w:r>
            <w:r w:rsidRPr="003E49D1">
              <w:rPr>
                <w:lang w:val="ru-RU"/>
              </w:rPr>
              <w:br/>
            </w:r>
            <w:r w:rsidRPr="003E49D1">
              <w:rPr>
                <w:lang w:val="ru-RU"/>
              </w:rPr>
              <w:tab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написание НЕ с глаголами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E19ED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125.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 w:line="271" w:lineRule="auto"/>
              <w:ind w:left="576" w:right="432" w:hanging="576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Нормы постановки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ударения в глагольных формах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E19ED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126.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tabs>
                <w:tab w:val="left" w:pos="156"/>
              </w:tabs>
              <w:autoSpaceDE w:val="0"/>
              <w:autoSpaceDN w:val="0"/>
              <w:spacing w:before="100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Нормы словоизменения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глаголов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100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E19E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Правописание корней с чередованием Е // 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E19ED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Правописание корней с чередованием Е // И.</w:t>
            </w:r>
          </w:p>
          <w:p w:rsidR="008E19ED" w:rsidRDefault="003E49D1">
            <w:pPr>
              <w:autoSpaceDE w:val="0"/>
              <w:autoSpaceDN w:val="0"/>
              <w:spacing w:before="7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E19ED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 w:line="271" w:lineRule="auto"/>
              <w:ind w:left="576" w:right="432" w:hanging="576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Повторение по теме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"Глагол". Проверочная работа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8E19ED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Контрольный диктант по теме "Глагол".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</w:tbl>
    <w:p w:rsidR="008E19ED" w:rsidRDefault="008E19ED">
      <w:pPr>
        <w:autoSpaceDE w:val="0"/>
        <w:autoSpaceDN w:val="0"/>
        <w:spacing w:after="0" w:line="14" w:lineRule="exact"/>
      </w:pPr>
    </w:p>
    <w:p w:rsidR="008E19ED" w:rsidRDefault="008E19ED">
      <w:pPr>
        <w:sectPr w:rsidR="008E19ED">
          <w:pgSz w:w="11900" w:h="16840"/>
          <w:pgMar w:top="284" w:right="650" w:bottom="39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E19ED" w:rsidRDefault="008E19ED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732"/>
        <w:gridCol w:w="1620"/>
        <w:gridCol w:w="1668"/>
        <w:gridCol w:w="1236"/>
        <w:gridCol w:w="1826"/>
      </w:tblGrid>
      <w:tr w:rsidR="008E19ED">
        <w:trPr>
          <w:trHeight w:hRule="exact" w:val="21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131.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144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Синтаксис и пунктуация </w:t>
            </w:r>
            <w:r w:rsidRPr="003E49D1">
              <w:rPr>
                <w:lang w:val="ru-RU"/>
              </w:rPr>
              <w:tab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как разделы лингвистики.</w:t>
            </w:r>
          </w:p>
          <w:p w:rsidR="008E19ED" w:rsidRPr="003E49D1" w:rsidRDefault="003E49D1">
            <w:pPr>
              <w:autoSpaceDE w:val="0"/>
              <w:autoSpaceDN w:val="0"/>
              <w:spacing w:before="70" w:after="0"/>
              <w:ind w:left="72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Словосочетание и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предложение как единицы синтаксиса. Знаки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препинания и их функции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04.04.2023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E19ED">
        <w:trPr>
          <w:trHeight w:hRule="exact" w:val="284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86" w:lineRule="auto"/>
              <w:ind w:left="576" w:hanging="576"/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Словосочетание и его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признаки. Основные виды словосочетаний по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морфологическим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свойствам главного слова (именные, глагольные,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наречные).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Средства связи слов в словосочетании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05.04.2023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E19E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133.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Синтаксический анализ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словосочетаний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E19ED">
        <w:trPr>
          <w:trHeight w:hRule="exact" w:val="28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134.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 w:line="286" w:lineRule="auto"/>
              <w:ind w:left="576" w:hanging="576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Предложение и его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признаки. Виды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предложений по цели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высказывания: смысловые и интонационные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особенности, знаки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препинания в конце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предложения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E19ED">
        <w:trPr>
          <w:trHeight w:hRule="exact" w:val="251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 w:line="283" w:lineRule="auto"/>
              <w:ind w:left="576" w:right="288" w:hanging="576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Виды предложений по эмоциональной окраске: смысловые и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интонационные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особенности, знаки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препинания в конце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предложения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10.04.2023 ;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E19ED">
        <w:trPr>
          <w:trHeight w:hRule="exact" w:val="21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 w:line="271" w:lineRule="auto"/>
              <w:ind w:left="576" w:right="144" w:hanging="576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Главные члены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предложения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(грамматическая основа).</w:t>
            </w:r>
          </w:p>
          <w:p w:rsidR="008E19ED" w:rsidRPr="003E49D1" w:rsidRDefault="003E49D1">
            <w:pPr>
              <w:autoSpaceDE w:val="0"/>
              <w:autoSpaceDN w:val="0"/>
              <w:spacing w:before="70" w:after="0" w:line="271" w:lineRule="auto"/>
              <w:ind w:left="72" w:right="288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Подлежащее,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морфологические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средства его выражения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E19ED">
        <w:trPr>
          <w:trHeight w:hRule="exact" w:val="215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137.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 w:line="271" w:lineRule="auto"/>
              <w:ind w:left="576" w:right="144" w:hanging="576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Главные члены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предложения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(грамматическая основа).</w:t>
            </w:r>
          </w:p>
          <w:p w:rsidR="008E19ED" w:rsidRPr="003E49D1" w:rsidRDefault="003E49D1">
            <w:pPr>
              <w:autoSpaceDE w:val="0"/>
              <w:autoSpaceDN w:val="0"/>
              <w:spacing w:before="70" w:after="0" w:line="271" w:lineRule="auto"/>
              <w:ind w:left="72" w:right="288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Сказуемое,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морфологические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средства его выражения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12.04.2023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Письменный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</w:tbl>
    <w:p w:rsidR="008E19ED" w:rsidRDefault="008E19ED">
      <w:pPr>
        <w:autoSpaceDE w:val="0"/>
        <w:autoSpaceDN w:val="0"/>
        <w:spacing w:after="0" w:line="14" w:lineRule="exact"/>
      </w:pPr>
    </w:p>
    <w:p w:rsidR="008E19ED" w:rsidRDefault="008E19ED">
      <w:pPr>
        <w:sectPr w:rsidR="008E19ED">
          <w:pgSz w:w="11900" w:h="16840"/>
          <w:pgMar w:top="284" w:right="650" w:bottom="35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E19ED" w:rsidRDefault="008E19ED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732"/>
        <w:gridCol w:w="1620"/>
        <w:gridCol w:w="1668"/>
        <w:gridCol w:w="1236"/>
        <w:gridCol w:w="1826"/>
      </w:tblGrid>
      <w:tr w:rsidR="008E19E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138.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144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Тире между подлежащим </w:t>
            </w:r>
            <w:r w:rsidRPr="003E49D1">
              <w:rPr>
                <w:lang w:val="ru-RU"/>
              </w:rPr>
              <w:tab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 сказуемым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E19ED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139.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 w:line="281" w:lineRule="auto"/>
              <w:ind w:left="576" w:right="288" w:hanging="576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Предложения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распространённые и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нераспространённые. Второстепенные члены предложения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E19ED">
        <w:trPr>
          <w:trHeight w:hRule="exact" w:val="183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140.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288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Второстепенные члены </w:t>
            </w:r>
            <w:r w:rsidRPr="003E49D1">
              <w:rPr>
                <w:lang w:val="ru-RU"/>
              </w:rPr>
              <w:tab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предложения.</w:t>
            </w:r>
          </w:p>
          <w:p w:rsidR="008E19ED" w:rsidRPr="003E49D1" w:rsidRDefault="003E49D1">
            <w:pPr>
              <w:autoSpaceDE w:val="0"/>
              <w:autoSpaceDN w:val="0"/>
              <w:spacing w:before="72" w:after="0" w:line="271" w:lineRule="auto"/>
              <w:ind w:left="72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Определение и типичные средства его выражения (в рамках изученного)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E19ED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/>
              <w:ind w:left="576" w:hanging="576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Дополнение (прямое и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косвенное) и типичные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средства его выражения (в рамках изученного)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E19ED">
        <w:trPr>
          <w:trHeight w:hRule="exact" w:val="21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0F2FBA" w:rsidRDefault="003E49D1">
            <w:pPr>
              <w:autoSpaceDE w:val="0"/>
              <w:autoSpaceDN w:val="0"/>
              <w:spacing w:before="98" w:after="0" w:line="281" w:lineRule="auto"/>
              <w:ind w:left="576" w:right="432" w:hanging="576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Обстоятельство и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типичные средства его выражения </w:t>
            </w:r>
            <w:proofErr w:type="gramStart"/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( </w:t>
            </w:r>
            <w:proofErr w:type="gramEnd"/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 рамках изученного). </w:t>
            </w:r>
            <w:r w:rsidRPr="000F2FB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Виды </w:t>
            </w:r>
            <w:r w:rsidRPr="000F2FBA">
              <w:rPr>
                <w:lang w:val="ru-RU"/>
              </w:rPr>
              <w:br/>
            </w:r>
            <w:r w:rsidRPr="000F2FB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обстоятельств по </w:t>
            </w:r>
            <w:r w:rsidRPr="000F2FBA">
              <w:rPr>
                <w:lang w:val="ru-RU"/>
              </w:rPr>
              <w:br/>
            </w:r>
            <w:r w:rsidRPr="000F2FB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значению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E19ED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Сжатое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изложение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Изложение;</w:t>
            </w:r>
          </w:p>
        </w:tc>
      </w:tr>
      <w:tr w:rsidR="008E19ED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144.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 w:line="271" w:lineRule="auto"/>
              <w:ind w:left="156" w:right="288" w:hanging="156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Синтаксический анализ простых двусоставных предложений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E19ED">
        <w:trPr>
          <w:trHeight w:hRule="exact" w:val="450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432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Простое осложненное </w:t>
            </w:r>
            <w:r w:rsidRPr="003E49D1">
              <w:rPr>
                <w:lang w:val="ru-RU"/>
              </w:rPr>
              <w:tab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предложение.</w:t>
            </w:r>
          </w:p>
          <w:p w:rsidR="008E19ED" w:rsidRPr="003E49D1" w:rsidRDefault="003E49D1">
            <w:pPr>
              <w:autoSpaceDE w:val="0"/>
              <w:autoSpaceDN w:val="0"/>
              <w:spacing w:before="72" w:after="0" w:line="286" w:lineRule="auto"/>
              <w:ind w:left="72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Однородные члены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предложения, их роль в речи. Предложения с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однородными членами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(без союзов, с одиночным союзом И, союзами А,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НО, ОДНАКО, ЗАТО, ДА (в значении И), ДА (в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значении НО)) и их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пунктуационное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оформление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8E19ED" w:rsidRDefault="008E19ED">
      <w:pPr>
        <w:autoSpaceDE w:val="0"/>
        <w:autoSpaceDN w:val="0"/>
        <w:spacing w:after="0" w:line="14" w:lineRule="exact"/>
      </w:pPr>
    </w:p>
    <w:p w:rsidR="008E19ED" w:rsidRDefault="008E19ED">
      <w:pPr>
        <w:sectPr w:rsidR="008E19ED">
          <w:pgSz w:w="11900" w:h="16840"/>
          <w:pgMar w:top="284" w:right="650" w:bottom="95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E19ED" w:rsidRDefault="008E19ED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732"/>
        <w:gridCol w:w="1620"/>
        <w:gridCol w:w="1668"/>
        <w:gridCol w:w="1236"/>
        <w:gridCol w:w="1826"/>
      </w:tblGrid>
      <w:tr w:rsidR="008E19ED">
        <w:trPr>
          <w:trHeight w:hRule="exact" w:val="31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146.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8653CB" w:rsidRDefault="003E49D1">
            <w:pPr>
              <w:autoSpaceDE w:val="0"/>
              <w:autoSpaceDN w:val="0"/>
              <w:spacing w:before="98" w:after="0" w:line="286" w:lineRule="auto"/>
              <w:ind w:left="576" w:hanging="576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Предложения с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однородными членами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(без союзов, с одиночным союзом</w:t>
            </w:r>
            <w:proofErr w:type="gramStart"/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И</w:t>
            </w:r>
            <w:proofErr w:type="gramEnd"/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, союзами А,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НО, ОДНАКО, ЗАТО, ДА (в значении И), ДА (в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значении НО)) и их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пунктуационное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оформление. </w:t>
            </w:r>
            <w:r w:rsidRPr="008653C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E19ED">
        <w:trPr>
          <w:trHeight w:hRule="exact" w:val="183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147.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100" w:after="0" w:line="281" w:lineRule="auto"/>
              <w:ind w:left="576" w:right="144" w:hanging="576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147. Предложения с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обобщающим словом при однородных членах и их пунктуационное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оформление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100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E19ED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148.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148. Сочинение по картине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Сочинение;</w:t>
            </w:r>
          </w:p>
        </w:tc>
      </w:tr>
      <w:tr w:rsidR="008E19ED" w:rsidRPr="001074F5">
        <w:trPr>
          <w:trHeight w:hRule="exact" w:val="25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 w:line="281" w:lineRule="auto"/>
              <w:ind w:left="576" w:hanging="576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149. Предложения с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обращениями. Обращение (однословное и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неоднословное) и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средства его выражения.</w:t>
            </w:r>
          </w:p>
          <w:p w:rsidR="008E19ED" w:rsidRDefault="003E49D1">
            <w:pPr>
              <w:autoSpaceDE w:val="0"/>
              <w:autoSpaceDN w:val="0"/>
              <w:spacing w:before="70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Пунктуационное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оформление обращения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использованием«Оценочного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8E19ED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150.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 w:line="271" w:lineRule="auto"/>
              <w:ind w:left="156" w:right="288" w:hanging="156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Синтаксический анализ простых осложнённых предложений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01.05.2023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E19ED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Пунктуационный анализ простых осложнённых предложений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02.05.2023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E19ED">
        <w:trPr>
          <w:trHeight w:hRule="exact" w:val="183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100" w:after="0" w:line="281" w:lineRule="auto"/>
              <w:ind w:left="72" w:right="288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Предложения простые и сложные. Сложные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предложения с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бессоюзной и союзной связью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100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E19ED">
        <w:trPr>
          <w:trHeight w:hRule="exact" w:val="181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 w:line="281" w:lineRule="auto"/>
              <w:ind w:left="576" w:right="288" w:hanging="576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Предложения </w:t>
            </w:r>
            <w:r w:rsidRPr="003E49D1">
              <w:rPr>
                <w:lang w:val="ru-RU"/>
              </w:rPr>
              <w:br/>
            </w:r>
            <w:proofErr w:type="spellStart"/>
            <w:r w:rsidR="00DA74D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сложносоч</w:t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нённые</w:t>
            </w:r>
            <w:proofErr w:type="spellEnd"/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и сложноподчинённые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(общее представление, практическое усвоение)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04.05.2023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</w:tbl>
    <w:p w:rsidR="008E19ED" w:rsidRDefault="008E19ED">
      <w:pPr>
        <w:autoSpaceDE w:val="0"/>
        <w:autoSpaceDN w:val="0"/>
        <w:spacing w:after="0" w:line="14" w:lineRule="exact"/>
      </w:pPr>
    </w:p>
    <w:p w:rsidR="008E19ED" w:rsidRDefault="008E19ED">
      <w:pPr>
        <w:sectPr w:rsidR="008E19ED">
          <w:pgSz w:w="11900" w:h="16840"/>
          <w:pgMar w:top="284" w:right="650" w:bottom="112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E19ED" w:rsidRDefault="008E19ED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732"/>
        <w:gridCol w:w="1620"/>
        <w:gridCol w:w="1668"/>
        <w:gridCol w:w="1236"/>
        <w:gridCol w:w="1826"/>
      </w:tblGrid>
      <w:tr w:rsidR="008E19ED">
        <w:trPr>
          <w:trHeight w:hRule="exact" w:val="25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154.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 w:line="283" w:lineRule="auto"/>
              <w:ind w:left="576" w:right="144" w:hanging="576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Пунктуационное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оформление сложных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предложений, состоящих из частей, связанных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бессоюзной связью и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союзами</w:t>
            </w:r>
            <w:proofErr w:type="gramStart"/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И</w:t>
            </w:r>
            <w:proofErr w:type="gramEnd"/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, НО, А,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ОДНАКО, ЗАТО, ДА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05.05.2023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E19ED">
        <w:trPr>
          <w:trHeight w:hRule="exact" w:val="284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155.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 w:line="283" w:lineRule="auto"/>
              <w:ind w:left="576" w:right="144" w:hanging="576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155. Пунктуационное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оформление сложных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предложений, состоящих из частей, связанных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бессоюзной связью и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союзами И, НО, А,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ОДНАКО, ЗАТО, ДА.</w:t>
            </w:r>
          </w:p>
          <w:p w:rsidR="008E19ED" w:rsidRDefault="003E49D1">
            <w:pPr>
              <w:autoSpaceDE w:val="0"/>
              <w:autoSpaceDN w:val="0"/>
              <w:spacing w:before="7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08.05.2023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E19ED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Предложения с прямой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речью. Пунктуационное оформление предложений с прямой речью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E19ED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E19ED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158.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Закрепление пройденного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E19E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 w:rsidP="00DA74DC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86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tab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пройденной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8E19ED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160. Контрольный диктант.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8E19ED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100" w:after="0" w:line="271" w:lineRule="auto"/>
              <w:ind w:left="576" w:right="864" w:hanging="576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161. Повторение темы "Синтаксис и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пунктуация".</w:t>
            </w:r>
          </w:p>
          <w:p w:rsidR="008E19ED" w:rsidRDefault="003E49D1">
            <w:pPr>
              <w:autoSpaceDE w:val="0"/>
              <w:autoSpaceDN w:val="0"/>
              <w:spacing w:before="7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8E19ED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Повторение изученного в 5 классе. Фонетика.</w:t>
            </w:r>
          </w:p>
          <w:p w:rsidR="008E19ED" w:rsidRDefault="003E49D1">
            <w:pPr>
              <w:autoSpaceDE w:val="0"/>
              <w:autoSpaceDN w:val="0"/>
              <w:spacing w:before="7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Графика. Орфография.</w:t>
            </w:r>
          </w:p>
          <w:p w:rsidR="008E19ED" w:rsidRDefault="003E49D1">
            <w:pPr>
              <w:autoSpaceDE w:val="0"/>
              <w:autoSpaceDN w:val="0"/>
              <w:spacing w:before="7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Орфоэпия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E19ED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Повторение изученного в 5 классе. Лексикология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</w:tbl>
    <w:p w:rsidR="008E19ED" w:rsidRDefault="008E19ED">
      <w:pPr>
        <w:autoSpaceDE w:val="0"/>
        <w:autoSpaceDN w:val="0"/>
        <w:spacing w:after="0" w:line="14" w:lineRule="exact"/>
      </w:pPr>
    </w:p>
    <w:p w:rsidR="008E19ED" w:rsidRDefault="008E19ED">
      <w:pPr>
        <w:sectPr w:rsidR="008E19ED">
          <w:pgSz w:w="11900" w:h="16840"/>
          <w:pgMar w:top="284" w:right="650" w:bottom="79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E19ED" w:rsidRDefault="008E19ED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732"/>
        <w:gridCol w:w="1620"/>
        <w:gridCol w:w="1668"/>
        <w:gridCol w:w="1236"/>
        <w:gridCol w:w="1826"/>
      </w:tblGrid>
      <w:tr w:rsidR="008E19ED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164.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144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Повторение изученного в </w:t>
            </w:r>
            <w:r w:rsidRPr="003E49D1">
              <w:rPr>
                <w:lang w:val="ru-RU"/>
              </w:rPr>
              <w:tab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5 классе. Морфемика.</w:t>
            </w:r>
          </w:p>
          <w:p w:rsidR="008E19ED" w:rsidRDefault="003E49D1">
            <w:pPr>
              <w:autoSpaceDE w:val="0"/>
              <w:autoSpaceDN w:val="0"/>
              <w:spacing w:before="7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Орфография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E19ED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165.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144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Повторение изученного в </w:t>
            </w:r>
            <w:r w:rsidRPr="003E49D1">
              <w:rPr>
                <w:lang w:val="ru-RU"/>
              </w:rPr>
              <w:tab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5 классе. Морфология.</w:t>
            </w:r>
          </w:p>
          <w:p w:rsidR="008E19ED" w:rsidRDefault="003E49D1">
            <w:pPr>
              <w:autoSpaceDE w:val="0"/>
              <w:autoSpaceDN w:val="0"/>
              <w:spacing w:before="7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Орфография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E19ED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166.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144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Повторение изученного в </w:t>
            </w:r>
            <w:r w:rsidRPr="003E49D1">
              <w:rPr>
                <w:lang w:val="ru-RU"/>
              </w:rPr>
              <w:tab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5 классе. Морфология.</w:t>
            </w:r>
          </w:p>
          <w:p w:rsidR="008E19ED" w:rsidRDefault="003E49D1">
            <w:pPr>
              <w:autoSpaceDE w:val="0"/>
              <w:autoSpaceDN w:val="0"/>
              <w:spacing w:before="7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Орфография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E19E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167.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432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167. Итоговая контрольная </w:t>
            </w:r>
            <w:r w:rsidRPr="003E49D1">
              <w:rPr>
                <w:lang w:val="ru-RU"/>
              </w:rPr>
              <w:tab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работа за курс 5 класса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8E19E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864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168. Устное сочинение. </w:t>
            </w:r>
            <w:r w:rsidRPr="003E49D1">
              <w:rPr>
                <w:lang w:val="ru-RU"/>
              </w:rPr>
              <w:tab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Рассказ о событии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E19ED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432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169. Урок-путешествие по </w:t>
            </w:r>
            <w:r w:rsidRPr="003E49D1">
              <w:rPr>
                <w:lang w:val="ru-RU"/>
              </w:rPr>
              <w:tab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стране русского языка.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E19ED" w:rsidRPr="001074F5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170.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170. </w:t>
            </w:r>
            <w:bookmarkStart w:id="0" w:name="_GoBack"/>
            <w:r>
              <w:rPr>
                <w:rFonts w:ascii="Times New Roman" w:eastAsia="Times New Roman" w:hAnsi="Times New Roman"/>
                <w:color w:val="000000"/>
                <w:sz w:val="24"/>
              </w:rPr>
              <w:t>Урок-викторина</w:t>
            </w:r>
            <w:bookmarkEnd w:id="0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использованием«Оценочного </w:t>
            </w:r>
            <w:r w:rsidRPr="003E49D1">
              <w:rPr>
                <w:lang w:val="ru-RU"/>
              </w:rPr>
              <w:br/>
            </w: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8E19ED">
        <w:trPr>
          <w:trHeight w:hRule="exact" w:val="808"/>
        </w:trPr>
        <w:tc>
          <w:tcPr>
            <w:tcW w:w="3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Pr="003E49D1" w:rsidRDefault="003E49D1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3E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E19ED" w:rsidRDefault="003E49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</w:t>
            </w:r>
          </w:p>
        </w:tc>
      </w:tr>
    </w:tbl>
    <w:p w:rsidR="008E19ED" w:rsidRDefault="008E19ED">
      <w:pPr>
        <w:autoSpaceDE w:val="0"/>
        <w:autoSpaceDN w:val="0"/>
        <w:spacing w:after="0" w:line="14" w:lineRule="exact"/>
      </w:pPr>
    </w:p>
    <w:p w:rsidR="008E19ED" w:rsidRDefault="008E19ED">
      <w:pPr>
        <w:sectPr w:rsidR="008E19ED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E19ED" w:rsidRDefault="008E19ED">
      <w:pPr>
        <w:autoSpaceDE w:val="0"/>
        <w:autoSpaceDN w:val="0"/>
        <w:spacing w:after="78" w:line="220" w:lineRule="exact"/>
      </w:pPr>
    </w:p>
    <w:p w:rsidR="008E19ED" w:rsidRDefault="003E49D1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8E19ED" w:rsidRPr="003E49D1" w:rsidRDefault="003E49D1">
      <w:pPr>
        <w:autoSpaceDE w:val="0"/>
        <w:autoSpaceDN w:val="0"/>
        <w:spacing w:before="346" w:after="0" w:line="298" w:lineRule="auto"/>
        <w:ind w:right="576"/>
        <w:rPr>
          <w:lang w:val="ru-RU"/>
        </w:rPr>
      </w:pPr>
      <w:r w:rsidRPr="003E49D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ОБЯЗАТЕЛЬНЫЕ УЧЕБНЫЕ МАТЕРИАЛЫ ДЛЯ УЧЕНИКА </w:t>
      </w:r>
      <w:r w:rsidRPr="003E49D1">
        <w:rPr>
          <w:lang w:val="ru-RU"/>
        </w:rPr>
        <w:br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 xml:space="preserve">Ладыженская Т.А., Баранов М. Т., Тростенцова Л.А. и другие. Русский язык (в 2 частях), 5 класс/ Акционерное общество «Издательство «Просвещение»; </w:t>
      </w:r>
      <w:r w:rsidRPr="003E49D1">
        <w:rPr>
          <w:lang w:val="ru-RU"/>
        </w:rPr>
        <w:br/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8E19ED" w:rsidRPr="003E49D1" w:rsidRDefault="003E49D1">
      <w:pPr>
        <w:autoSpaceDE w:val="0"/>
        <w:autoSpaceDN w:val="0"/>
        <w:spacing w:before="262" w:after="0" w:line="302" w:lineRule="auto"/>
        <w:ind w:right="4896"/>
        <w:rPr>
          <w:lang w:val="ru-RU"/>
        </w:rPr>
      </w:pPr>
      <w:r w:rsidRPr="003E49D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МЕТОДИЧЕСКИЕ МАТЕРИАЛЫ ДЛЯ УЧИТЕЛЯ 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методическая копилка реш, учи.ру</w:t>
      </w:r>
    </w:p>
    <w:p w:rsidR="008E19ED" w:rsidRPr="003E49D1" w:rsidRDefault="003E49D1">
      <w:pPr>
        <w:autoSpaceDE w:val="0"/>
        <w:autoSpaceDN w:val="0"/>
        <w:spacing w:before="264" w:after="0" w:line="302" w:lineRule="auto"/>
        <w:ind w:right="1440"/>
        <w:rPr>
          <w:lang w:val="ru-RU"/>
        </w:rPr>
      </w:pPr>
      <w:r w:rsidRPr="003E49D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ЦИФРОВЫЕ ОБРАЗОВАТЕЛЬНЫЕ РЕСУРСЫ И РЕСУРСЫ СЕТИ ИНТЕРНЕТ </w:t>
      </w:r>
      <w:r w:rsidRPr="003E49D1">
        <w:rPr>
          <w:rFonts w:ascii="Times New Roman" w:eastAsia="Times New Roman" w:hAnsi="Times New Roman"/>
          <w:color w:val="000000"/>
          <w:sz w:val="24"/>
          <w:lang w:val="ru-RU"/>
        </w:rPr>
        <w:t>реш,</w:t>
      </w:r>
    </w:p>
    <w:p w:rsidR="008E19ED" w:rsidRPr="003E49D1" w:rsidRDefault="008E19ED">
      <w:pPr>
        <w:rPr>
          <w:lang w:val="ru-RU"/>
        </w:rPr>
        <w:sectPr w:rsidR="008E19ED" w:rsidRPr="003E49D1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E19ED" w:rsidRPr="003E49D1" w:rsidRDefault="008E19ED">
      <w:pPr>
        <w:autoSpaceDE w:val="0"/>
        <w:autoSpaceDN w:val="0"/>
        <w:spacing w:after="78" w:line="220" w:lineRule="exact"/>
        <w:rPr>
          <w:lang w:val="ru-RU"/>
        </w:rPr>
      </w:pPr>
    </w:p>
    <w:p w:rsidR="008E19ED" w:rsidRPr="003E49D1" w:rsidRDefault="003E49D1">
      <w:pPr>
        <w:autoSpaceDE w:val="0"/>
        <w:autoSpaceDN w:val="0"/>
        <w:spacing w:after="0" w:line="408" w:lineRule="auto"/>
        <w:ind w:right="432"/>
        <w:rPr>
          <w:lang w:val="ru-RU"/>
        </w:rPr>
      </w:pPr>
      <w:r w:rsidRPr="003E49D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МАТЕРИАЛЬНО-ТЕХНИЧЕСКОЕ ОБЕСПЕЧЕНИЕ ОБРАЗОВАТЕЛЬНОГО ПРОЦЕССА УЧЕБНОЕ ОБОРУДОВАНИЕ </w:t>
      </w:r>
      <w:r w:rsidRPr="003E49D1">
        <w:rPr>
          <w:lang w:val="ru-RU"/>
        </w:rPr>
        <w:br/>
      </w:r>
      <w:r w:rsidRPr="003E49D1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ПРАКТИЧЕСКИХ РАБОТ</w:t>
      </w:r>
    </w:p>
    <w:p w:rsidR="008E19ED" w:rsidRPr="003E49D1" w:rsidRDefault="008E19ED">
      <w:pPr>
        <w:rPr>
          <w:lang w:val="ru-RU"/>
        </w:rPr>
        <w:sectPr w:rsidR="008E19ED" w:rsidRPr="003E49D1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3E49D1" w:rsidRPr="003E49D1" w:rsidRDefault="003E49D1">
      <w:pPr>
        <w:rPr>
          <w:lang w:val="ru-RU"/>
        </w:rPr>
      </w:pPr>
    </w:p>
    <w:sectPr w:rsidR="003E49D1" w:rsidRPr="003E49D1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F2FBA"/>
    <w:rsid w:val="0010143C"/>
    <w:rsid w:val="001074F5"/>
    <w:rsid w:val="0015074B"/>
    <w:rsid w:val="0029639D"/>
    <w:rsid w:val="00326F90"/>
    <w:rsid w:val="003E49D1"/>
    <w:rsid w:val="004A72B8"/>
    <w:rsid w:val="008653CB"/>
    <w:rsid w:val="008E19ED"/>
    <w:rsid w:val="00AA1D8D"/>
    <w:rsid w:val="00B47730"/>
    <w:rsid w:val="00CB0664"/>
    <w:rsid w:val="00DA74DC"/>
    <w:rsid w:val="00DE5741"/>
    <w:rsid w:val="00F1292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3E4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3E49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3E4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3E49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D218169-4B72-4F1D-B5E4-371C677FC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41</Pages>
  <Words>11407</Words>
  <Characters>65025</Characters>
  <Application>Microsoft Office Word</Application>
  <DocSecurity>0</DocSecurity>
  <Lines>541</Lines>
  <Paragraphs>152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76280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User1</cp:lastModifiedBy>
  <cp:revision>4</cp:revision>
  <cp:lastPrinted>2022-09-01T17:28:00Z</cp:lastPrinted>
  <dcterms:created xsi:type="dcterms:W3CDTF">2013-12-23T23:15:00Z</dcterms:created>
  <dcterms:modified xsi:type="dcterms:W3CDTF">2022-09-18T17:55:00Z</dcterms:modified>
  <cp:category/>
</cp:coreProperties>
</file>